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24675" w14:textId="5D15E339" w:rsidR="00C5497A" w:rsidRDefault="00C5497A" w:rsidP="00C5497A">
      <w:pPr>
        <w:jc w:val="center"/>
        <w:rPr>
          <w:lang w:val="sr-Cyrl-BA"/>
        </w:rPr>
      </w:pPr>
      <w:r>
        <w:rPr>
          <w:lang w:val="sr-Cyrl-BA"/>
        </w:rPr>
        <w:t>МЈЕСЕЧНИ ПЛАН РАДА</w:t>
      </w:r>
    </w:p>
    <w:p w14:paraId="37060CC8" w14:textId="73143857" w:rsidR="002A162E" w:rsidRPr="00C5497A" w:rsidRDefault="00000000">
      <w:pPr>
        <w:rPr>
          <w:lang w:val="sr-Latn-BA"/>
        </w:rPr>
      </w:pPr>
      <w:proofErr w:type="spellStart"/>
      <w:r>
        <w:t>Школа</w:t>
      </w:r>
      <w:proofErr w:type="spellEnd"/>
      <w:r>
        <w:t>: ЈУ ОШ "</w:t>
      </w:r>
      <w:proofErr w:type="spellStart"/>
      <w:r>
        <w:t>Бранко</w:t>
      </w:r>
      <w:proofErr w:type="spellEnd"/>
      <w:r>
        <w:t xml:space="preserve"> </w:t>
      </w:r>
      <w:proofErr w:type="spellStart"/>
      <w:r>
        <w:t>Радичевић</w:t>
      </w:r>
      <w:proofErr w:type="spellEnd"/>
      <w:r>
        <w:t xml:space="preserve">" </w:t>
      </w:r>
      <w:proofErr w:type="spellStart"/>
      <w:r>
        <w:t>Бања</w:t>
      </w:r>
      <w:proofErr w:type="spellEnd"/>
      <w:r>
        <w:t xml:space="preserve"> </w:t>
      </w:r>
      <w:proofErr w:type="spellStart"/>
      <w:r>
        <w:t>Лука</w:t>
      </w:r>
      <w:proofErr w:type="spellEnd"/>
      <w:r>
        <w:t xml:space="preserve"> | </w:t>
      </w:r>
      <w:proofErr w:type="spellStart"/>
      <w:r>
        <w:t>Предмет</w:t>
      </w:r>
      <w:proofErr w:type="spellEnd"/>
      <w:r>
        <w:t xml:space="preserve">: </w:t>
      </w:r>
      <w:proofErr w:type="spellStart"/>
      <w:r>
        <w:t>Православна</w:t>
      </w:r>
      <w:proofErr w:type="spellEnd"/>
      <w:r>
        <w:t xml:space="preserve"> </w:t>
      </w:r>
      <w:proofErr w:type="spellStart"/>
      <w:r>
        <w:t>вјеронаука</w:t>
      </w:r>
      <w:proofErr w:type="spellEnd"/>
      <w:r>
        <w:t xml:space="preserve"> | </w:t>
      </w:r>
      <w:proofErr w:type="spellStart"/>
      <w:r>
        <w:t>Вјероучитељ</w:t>
      </w:r>
      <w:proofErr w:type="spellEnd"/>
      <w:r>
        <w:t xml:space="preserve">: </w:t>
      </w:r>
      <w:proofErr w:type="spellStart"/>
      <w:r>
        <w:t>Драган</w:t>
      </w:r>
      <w:proofErr w:type="spellEnd"/>
      <w:r>
        <w:t xml:space="preserve"> </w:t>
      </w:r>
      <w:proofErr w:type="spellStart"/>
      <w:r>
        <w:t>Ђурић</w:t>
      </w:r>
      <w:proofErr w:type="spellEnd"/>
      <w:r>
        <w:t xml:space="preserve"> | </w:t>
      </w:r>
      <w:proofErr w:type="spellStart"/>
      <w:r>
        <w:t>Разред</w:t>
      </w:r>
      <w:proofErr w:type="spellEnd"/>
      <w:r>
        <w:t xml:space="preserve">: </w:t>
      </w:r>
      <w:r w:rsidR="00C5497A">
        <w:t>I</w:t>
      </w:r>
      <w:r>
        <w:t xml:space="preserve">I | </w:t>
      </w:r>
      <w:proofErr w:type="spellStart"/>
      <w:r>
        <w:t>Мјесец</w:t>
      </w:r>
      <w:proofErr w:type="spellEnd"/>
      <w:r>
        <w:t xml:space="preserve">: </w:t>
      </w:r>
      <w:proofErr w:type="spellStart"/>
      <w:r>
        <w:t>Септембар</w:t>
      </w:r>
      <w:proofErr w:type="spellEnd"/>
      <w:r>
        <w:t xml:space="preserve"> 2025. | </w:t>
      </w:r>
      <w:proofErr w:type="spellStart"/>
      <w:r>
        <w:t>обрада</w:t>
      </w:r>
      <w:proofErr w:type="spellEnd"/>
      <w:r>
        <w:t xml:space="preserve"> </w:t>
      </w:r>
      <w:proofErr w:type="spellStart"/>
      <w:r>
        <w:t>новог</w:t>
      </w:r>
      <w:proofErr w:type="spellEnd"/>
      <w:r>
        <w:t xml:space="preserve"> </w:t>
      </w:r>
      <w:proofErr w:type="spellStart"/>
      <w:r>
        <w:t>градива</w:t>
      </w:r>
      <w:proofErr w:type="spellEnd"/>
      <w:r>
        <w:t xml:space="preserve">: 4 / </w:t>
      </w:r>
      <w:proofErr w:type="spellStart"/>
      <w:r>
        <w:t>систематизација</w:t>
      </w:r>
      <w:proofErr w:type="spellEnd"/>
      <w:r>
        <w:t xml:space="preserve">: </w:t>
      </w:r>
      <w:r w:rsidR="006C149C">
        <w:rPr>
          <w:lang w:val="sr-Cyrl-BA"/>
        </w:rPr>
        <w:t>1</w:t>
      </w:r>
      <w:r>
        <w:t xml:space="preserve"> / </w:t>
      </w:r>
      <w:proofErr w:type="spellStart"/>
      <w:r>
        <w:t>Часова</w:t>
      </w:r>
      <w:proofErr w:type="spellEnd"/>
      <w:r>
        <w:t xml:space="preserve">: </w:t>
      </w:r>
      <w:r w:rsidR="00C5497A">
        <w:rPr>
          <w:lang w:val="sr-Cyrl-BA"/>
        </w:rPr>
        <w:t>5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603"/>
        <w:gridCol w:w="1178"/>
        <w:gridCol w:w="1946"/>
        <w:gridCol w:w="1012"/>
        <w:gridCol w:w="1546"/>
        <w:gridCol w:w="1790"/>
        <w:gridCol w:w="1751"/>
        <w:gridCol w:w="1566"/>
        <w:gridCol w:w="1558"/>
      </w:tblGrid>
      <w:tr w:rsidR="006C149C" w14:paraId="762DB533" w14:textId="77777777" w:rsidTr="003B36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7E2521D4" w14:textId="77777777" w:rsidR="002A162E" w:rsidRDefault="00000000" w:rsidP="003B36A5">
            <w:pPr>
              <w:jc w:val="center"/>
            </w:pPr>
            <w:proofErr w:type="spellStart"/>
            <w:r>
              <w:t>Р.б</w:t>
            </w:r>
            <w:proofErr w:type="spellEnd"/>
            <w:r>
              <w:t>.</w:t>
            </w:r>
          </w:p>
        </w:tc>
        <w:tc>
          <w:tcPr>
            <w:tcW w:w="1178" w:type="dxa"/>
          </w:tcPr>
          <w:p w14:paraId="718FC5A9" w14:textId="77777777" w:rsidR="002A162E" w:rsidRDefault="00000000" w:rsidP="003B36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Седмица / Датум</w:t>
            </w:r>
          </w:p>
        </w:tc>
        <w:tc>
          <w:tcPr>
            <w:tcW w:w="1946" w:type="dxa"/>
          </w:tcPr>
          <w:p w14:paraId="339EEA25" w14:textId="77777777" w:rsidR="002A162E" w:rsidRDefault="00000000" w:rsidP="003B36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Наставна јединица</w:t>
            </w:r>
          </w:p>
        </w:tc>
        <w:tc>
          <w:tcPr>
            <w:tcW w:w="1012" w:type="dxa"/>
          </w:tcPr>
          <w:p w14:paraId="728949C2" w14:textId="77777777" w:rsidR="002A162E" w:rsidRDefault="00000000" w:rsidP="003B36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Врста часа</w:t>
            </w:r>
          </w:p>
        </w:tc>
        <w:tc>
          <w:tcPr>
            <w:tcW w:w="1546" w:type="dxa"/>
          </w:tcPr>
          <w:p w14:paraId="17DF79C9" w14:textId="77777777" w:rsidR="002A162E" w:rsidRDefault="00000000" w:rsidP="003B36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Наставна тема</w:t>
            </w:r>
          </w:p>
        </w:tc>
        <w:tc>
          <w:tcPr>
            <w:tcW w:w="1790" w:type="dxa"/>
          </w:tcPr>
          <w:p w14:paraId="734FD37B" w14:textId="77777777" w:rsidR="002A162E" w:rsidRDefault="00000000" w:rsidP="003B36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Методе рада</w:t>
            </w:r>
          </w:p>
        </w:tc>
        <w:tc>
          <w:tcPr>
            <w:tcW w:w="1751" w:type="dxa"/>
          </w:tcPr>
          <w:p w14:paraId="5871101E" w14:textId="77777777" w:rsidR="002A162E" w:rsidRDefault="00000000" w:rsidP="003B36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Облици рада</w:t>
            </w:r>
          </w:p>
        </w:tc>
        <w:tc>
          <w:tcPr>
            <w:tcW w:w="1566" w:type="dxa"/>
          </w:tcPr>
          <w:p w14:paraId="04842140" w14:textId="77777777" w:rsidR="002A162E" w:rsidRDefault="00000000" w:rsidP="003B36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Исходи учења – ученик може да:</w:t>
            </w:r>
          </w:p>
        </w:tc>
        <w:tc>
          <w:tcPr>
            <w:tcW w:w="1558" w:type="dxa"/>
          </w:tcPr>
          <w:p w14:paraId="5BFC3943" w14:textId="77777777" w:rsidR="002A162E" w:rsidRDefault="00000000" w:rsidP="003B36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Наставна средства</w:t>
            </w:r>
          </w:p>
        </w:tc>
      </w:tr>
      <w:tr w:rsidR="003B36A5" w14:paraId="007813E9" w14:textId="77777777" w:rsidTr="004B6D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Align w:val="center"/>
          </w:tcPr>
          <w:p w14:paraId="528D5B04" w14:textId="77777777" w:rsidR="003B36A5" w:rsidRDefault="003B36A5" w:rsidP="003B36A5">
            <w:pPr>
              <w:jc w:val="center"/>
            </w:pPr>
            <w:r>
              <w:t>1.</w:t>
            </w:r>
          </w:p>
        </w:tc>
        <w:tc>
          <w:tcPr>
            <w:tcW w:w="1178" w:type="dxa"/>
            <w:vAlign w:val="center"/>
          </w:tcPr>
          <w:p w14:paraId="13E97B1A" w14:textId="0D61F082" w:rsidR="003B36A5" w:rsidRDefault="003B36A5" w:rsidP="003B36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 </w:t>
            </w:r>
            <w:proofErr w:type="spellStart"/>
            <w:r>
              <w:t>седмица</w:t>
            </w:r>
            <w:proofErr w:type="spellEnd"/>
            <w:r>
              <w:t xml:space="preserve"> (2–6.9.)</w:t>
            </w:r>
          </w:p>
        </w:tc>
        <w:tc>
          <w:tcPr>
            <w:tcW w:w="1946" w:type="dxa"/>
          </w:tcPr>
          <w:p w14:paraId="7F245554" w14:textId="7A20947C" w:rsidR="003B36A5" w:rsidRPr="002D5997" w:rsidRDefault="003B3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  <w:r>
              <w:rPr>
                <w:lang w:val="sr-Cyrl-BA"/>
              </w:rPr>
              <w:t>Упознавање са ученицима</w:t>
            </w:r>
          </w:p>
        </w:tc>
        <w:tc>
          <w:tcPr>
            <w:tcW w:w="1012" w:type="dxa"/>
          </w:tcPr>
          <w:p w14:paraId="2FEA8342" w14:textId="77777777" w:rsidR="003B36A5" w:rsidRDefault="003B3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Обрада</w:t>
            </w:r>
            <w:proofErr w:type="spellEnd"/>
            <w:r>
              <w:t xml:space="preserve"> </w:t>
            </w:r>
            <w:proofErr w:type="spellStart"/>
            <w:r>
              <w:t>новог</w:t>
            </w:r>
            <w:proofErr w:type="spellEnd"/>
            <w:r>
              <w:t xml:space="preserve"> </w:t>
            </w:r>
            <w:proofErr w:type="spellStart"/>
            <w:r>
              <w:t>градива</w:t>
            </w:r>
            <w:proofErr w:type="spellEnd"/>
          </w:p>
        </w:tc>
        <w:tc>
          <w:tcPr>
            <w:tcW w:w="1546" w:type="dxa"/>
            <w:vMerge w:val="restart"/>
            <w:textDirection w:val="tbRl"/>
            <w:vAlign w:val="center"/>
          </w:tcPr>
          <w:p w14:paraId="52BA4BAC" w14:textId="73B2A709" w:rsidR="003B36A5" w:rsidRPr="006C149C" w:rsidRDefault="003B36A5" w:rsidP="004B6D2F">
            <w:pPr>
              <w:pStyle w:val="ae"/>
              <w:numPr>
                <w:ilvl w:val="0"/>
                <w:numId w:val="10"/>
              </w:numPr>
              <w:ind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  <w:r w:rsidRPr="006C149C">
              <w:rPr>
                <w:lang w:val="sr-Cyrl-BA"/>
              </w:rPr>
              <w:t>УПОЗНАВАЊЕ И ПОЗДРАВИ</w:t>
            </w:r>
          </w:p>
        </w:tc>
        <w:tc>
          <w:tcPr>
            <w:tcW w:w="1790" w:type="dxa"/>
          </w:tcPr>
          <w:p w14:paraId="4FF5F760" w14:textId="3829F58B" w:rsidR="003B36A5" w:rsidRDefault="003B3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sr-Cyrl-BA"/>
              </w:rPr>
              <w:t xml:space="preserve">Метода </w:t>
            </w:r>
            <w:proofErr w:type="spellStart"/>
            <w:r>
              <w:t>разговора</w:t>
            </w:r>
            <w:proofErr w:type="spellEnd"/>
            <w:r>
              <w:t xml:space="preserve">, </w:t>
            </w:r>
          </w:p>
        </w:tc>
        <w:tc>
          <w:tcPr>
            <w:tcW w:w="1751" w:type="dxa"/>
            <w:vMerge w:val="restart"/>
          </w:tcPr>
          <w:p w14:paraId="0A11385A" w14:textId="77777777" w:rsidR="003B36A5" w:rsidRDefault="003B3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</w:p>
          <w:p w14:paraId="3AB6A720" w14:textId="77777777" w:rsidR="003B36A5" w:rsidRDefault="003B3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  <w:proofErr w:type="spellStart"/>
            <w:r>
              <w:t>фронтални</w:t>
            </w:r>
            <w:proofErr w:type="spellEnd"/>
            <w:r>
              <w:t xml:space="preserve">, </w:t>
            </w:r>
          </w:p>
          <w:p w14:paraId="19B142CE" w14:textId="77777777" w:rsidR="003B36A5" w:rsidRDefault="003B3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</w:p>
          <w:p w14:paraId="2A1FFB50" w14:textId="0C364993" w:rsidR="003B36A5" w:rsidRDefault="003B3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индивидуални</w:t>
            </w:r>
            <w:proofErr w:type="spellEnd"/>
          </w:p>
        </w:tc>
        <w:tc>
          <w:tcPr>
            <w:tcW w:w="1566" w:type="dxa"/>
            <w:vMerge w:val="restart"/>
          </w:tcPr>
          <w:p w14:paraId="4F7696ED" w14:textId="6971549C" w:rsidR="003B36A5" w:rsidRDefault="003B36A5" w:rsidP="006C1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покаже</w:t>
            </w:r>
            <w:proofErr w:type="spellEnd"/>
            <w:r>
              <w:t xml:space="preserve"> </w:t>
            </w:r>
            <w:proofErr w:type="spellStart"/>
            <w:r>
              <w:t>како</w:t>
            </w:r>
            <w:proofErr w:type="spellEnd"/>
            <w:r>
              <w:t xml:space="preserve"> </w:t>
            </w:r>
            <w:proofErr w:type="spellStart"/>
            <w:r>
              <w:t>треба</w:t>
            </w:r>
            <w:proofErr w:type="spellEnd"/>
            <w:r>
              <w:t xml:space="preserve"> </w:t>
            </w:r>
          </w:p>
          <w:p w14:paraId="1388E229" w14:textId="77777777" w:rsidR="003B36A5" w:rsidRDefault="003B36A5" w:rsidP="006C1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правилно</w:t>
            </w:r>
            <w:proofErr w:type="spellEnd"/>
            <w:r>
              <w:t xml:space="preserve"> </w:t>
            </w:r>
            <w:proofErr w:type="spellStart"/>
            <w:r>
              <w:t>поздравити</w:t>
            </w:r>
            <w:proofErr w:type="spellEnd"/>
            <w:r>
              <w:t xml:space="preserve"> </w:t>
            </w:r>
          </w:p>
          <w:p w14:paraId="27F8F2F2" w14:textId="0558ED21" w:rsidR="003B36A5" w:rsidRDefault="003B36A5" w:rsidP="006C1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родитеље</w:t>
            </w:r>
            <w:proofErr w:type="spellEnd"/>
            <w:r>
              <w:t xml:space="preserve"> и </w:t>
            </w:r>
            <w:proofErr w:type="spellStart"/>
            <w:r>
              <w:t>старије</w:t>
            </w:r>
            <w:proofErr w:type="spellEnd"/>
            <w:r>
              <w:t>;</w:t>
            </w:r>
          </w:p>
        </w:tc>
        <w:tc>
          <w:tcPr>
            <w:tcW w:w="1558" w:type="dxa"/>
            <w:vMerge w:val="restart"/>
          </w:tcPr>
          <w:p w14:paraId="01978B5D" w14:textId="77777777" w:rsidR="003B36A5" w:rsidRDefault="003B3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</w:p>
          <w:p w14:paraId="01E5FD69" w14:textId="284836BF" w:rsidR="003B36A5" w:rsidRDefault="003B3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  <w:proofErr w:type="spellStart"/>
            <w:r>
              <w:t>Уџбеник</w:t>
            </w:r>
            <w:proofErr w:type="spellEnd"/>
            <w:r>
              <w:t xml:space="preserve">, </w:t>
            </w:r>
          </w:p>
          <w:p w14:paraId="3883869E" w14:textId="77777777" w:rsidR="003B36A5" w:rsidRDefault="003B3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</w:p>
          <w:p w14:paraId="57D3689B" w14:textId="77777777" w:rsidR="003B36A5" w:rsidRDefault="003B3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  <w:proofErr w:type="spellStart"/>
            <w:r>
              <w:t>Радна</w:t>
            </w:r>
            <w:proofErr w:type="spellEnd"/>
            <w:r>
              <w:t xml:space="preserve"> </w:t>
            </w:r>
            <w:proofErr w:type="spellStart"/>
            <w:r>
              <w:t>свеска</w:t>
            </w:r>
            <w:proofErr w:type="spellEnd"/>
            <w:r>
              <w:t>,</w:t>
            </w:r>
          </w:p>
          <w:p w14:paraId="73E76418" w14:textId="77777777" w:rsidR="003B36A5" w:rsidRDefault="003B3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</w:p>
          <w:p w14:paraId="1C7AAF27" w14:textId="2653C5D4" w:rsidR="003B36A5" w:rsidRDefault="003B3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  <w:proofErr w:type="spellStart"/>
            <w:r>
              <w:t>Табла</w:t>
            </w:r>
            <w:proofErr w:type="spellEnd"/>
          </w:p>
          <w:p w14:paraId="7B083C0F" w14:textId="77777777" w:rsidR="003B36A5" w:rsidRDefault="003B3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</w:p>
          <w:p w14:paraId="0286F355" w14:textId="77777777" w:rsidR="003B36A5" w:rsidRPr="002D5997" w:rsidRDefault="003B3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</w:p>
          <w:p w14:paraId="253FA521" w14:textId="77777777" w:rsidR="003B36A5" w:rsidRDefault="003B3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  <w:proofErr w:type="spellStart"/>
            <w:r>
              <w:t>Илустрације</w:t>
            </w:r>
            <w:proofErr w:type="spellEnd"/>
            <w:r>
              <w:t xml:space="preserve">, </w:t>
            </w:r>
          </w:p>
          <w:p w14:paraId="6A4A114D" w14:textId="77777777" w:rsidR="003B36A5" w:rsidRDefault="003B3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</w:p>
          <w:p w14:paraId="299E3E1E" w14:textId="20A80658" w:rsidR="003B36A5" w:rsidRDefault="003B3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  <w:r>
              <w:rPr>
                <w:lang w:val="sr-Cyrl-BA"/>
              </w:rPr>
              <w:t xml:space="preserve">Дјечија </w:t>
            </w:r>
            <w:proofErr w:type="spellStart"/>
            <w:r>
              <w:t>Библија</w:t>
            </w:r>
            <w:proofErr w:type="spellEnd"/>
          </w:p>
          <w:p w14:paraId="76D9C557" w14:textId="77777777" w:rsidR="003B36A5" w:rsidRDefault="003B3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</w:p>
          <w:p w14:paraId="36C1BB4C" w14:textId="6BC657B0" w:rsidR="003B36A5" w:rsidRDefault="003B3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пројектор</w:t>
            </w:r>
            <w:proofErr w:type="spellEnd"/>
          </w:p>
          <w:p w14:paraId="148D0150" w14:textId="405CB3FB" w:rsidR="003B36A5" w:rsidRPr="002D5997" w:rsidRDefault="003B36A5" w:rsidP="009E5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  <w:r>
              <w:rPr>
                <w:lang w:val="sr-Cyrl-BA"/>
              </w:rPr>
              <w:t>лаптоп</w:t>
            </w:r>
          </w:p>
        </w:tc>
      </w:tr>
      <w:tr w:rsidR="003B36A5" w14:paraId="3CCBAAF9" w14:textId="77777777" w:rsidTr="003B36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Align w:val="center"/>
          </w:tcPr>
          <w:p w14:paraId="19A08DD1" w14:textId="77777777" w:rsidR="003B36A5" w:rsidRDefault="003B36A5" w:rsidP="003B36A5">
            <w:pPr>
              <w:jc w:val="center"/>
            </w:pPr>
            <w:r>
              <w:t>2.</w:t>
            </w:r>
          </w:p>
        </w:tc>
        <w:tc>
          <w:tcPr>
            <w:tcW w:w="1178" w:type="dxa"/>
            <w:vAlign w:val="center"/>
          </w:tcPr>
          <w:p w14:paraId="3F6D38EF" w14:textId="6E2E9551" w:rsidR="003B36A5" w:rsidRDefault="003B36A5" w:rsidP="003B36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II </w:t>
            </w:r>
            <w:proofErr w:type="spellStart"/>
            <w:r>
              <w:t>седмица</w:t>
            </w:r>
            <w:proofErr w:type="spellEnd"/>
            <w:r>
              <w:t xml:space="preserve"> (9–13.9.)</w:t>
            </w:r>
          </w:p>
        </w:tc>
        <w:tc>
          <w:tcPr>
            <w:tcW w:w="1946" w:type="dxa"/>
          </w:tcPr>
          <w:p w14:paraId="5C2DFC08" w14:textId="540085E0" w:rsidR="003B36A5" w:rsidRPr="002D5997" w:rsidRDefault="003B3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BA"/>
              </w:rPr>
            </w:pPr>
            <w:r>
              <w:rPr>
                <w:lang w:val="sr-Cyrl-BA"/>
              </w:rPr>
              <w:t>Поздрави родитеља</w:t>
            </w:r>
          </w:p>
        </w:tc>
        <w:tc>
          <w:tcPr>
            <w:tcW w:w="1012" w:type="dxa"/>
          </w:tcPr>
          <w:p w14:paraId="6B2AA0E9" w14:textId="77777777" w:rsidR="003B36A5" w:rsidRDefault="003B3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Обрада</w:t>
            </w:r>
            <w:proofErr w:type="spellEnd"/>
            <w:r>
              <w:t xml:space="preserve"> </w:t>
            </w:r>
            <w:proofErr w:type="spellStart"/>
            <w:r>
              <w:t>новог</w:t>
            </w:r>
            <w:proofErr w:type="spellEnd"/>
            <w:r>
              <w:t xml:space="preserve"> </w:t>
            </w:r>
            <w:proofErr w:type="spellStart"/>
            <w:r>
              <w:t>градива</w:t>
            </w:r>
            <w:proofErr w:type="spellEnd"/>
          </w:p>
        </w:tc>
        <w:tc>
          <w:tcPr>
            <w:tcW w:w="1546" w:type="dxa"/>
            <w:vMerge/>
          </w:tcPr>
          <w:p w14:paraId="5D6BFAF6" w14:textId="2F27A1FC" w:rsidR="003B36A5" w:rsidRDefault="003B3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0" w:type="dxa"/>
          </w:tcPr>
          <w:p w14:paraId="12879400" w14:textId="38874006" w:rsidR="003B36A5" w:rsidRPr="003B36A5" w:rsidRDefault="003B3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BA"/>
              </w:rPr>
            </w:pPr>
            <w:proofErr w:type="spellStart"/>
            <w:r>
              <w:t>објашњавајућа</w:t>
            </w:r>
            <w:proofErr w:type="spellEnd"/>
            <w:r>
              <w:t xml:space="preserve">, </w:t>
            </w:r>
            <w:proofErr w:type="spellStart"/>
            <w:r>
              <w:t>дискусија</w:t>
            </w:r>
            <w:proofErr w:type="spellEnd"/>
            <w:r>
              <w:t xml:space="preserve">, </w:t>
            </w:r>
            <w:proofErr w:type="spellStart"/>
            <w:r>
              <w:t>метода</w:t>
            </w:r>
            <w:proofErr w:type="spellEnd"/>
            <w:r>
              <w:rPr>
                <w:lang w:val="sr-Cyrl-BA"/>
              </w:rPr>
              <w:t xml:space="preserve"> цртања</w:t>
            </w:r>
          </w:p>
        </w:tc>
        <w:tc>
          <w:tcPr>
            <w:tcW w:w="1751" w:type="dxa"/>
            <w:vMerge/>
          </w:tcPr>
          <w:p w14:paraId="7645754D" w14:textId="7C2A4734" w:rsidR="003B36A5" w:rsidRPr="003B36A5" w:rsidRDefault="003B3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BA"/>
              </w:rPr>
            </w:pPr>
          </w:p>
        </w:tc>
        <w:tc>
          <w:tcPr>
            <w:tcW w:w="1566" w:type="dxa"/>
            <w:vMerge/>
          </w:tcPr>
          <w:p w14:paraId="61B1F8BE" w14:textId="554C98C8" w:rsidR="003B36A5" w:rsidRDefault="003B3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  <w:vMerge/>
          </w:tcPr>
          <w:p w14:paraId="03A06EEA" w14:textId="705C356E" w:rsidR="003B36A5" w:rsidRDefault="003B36A5" w:rsidP="009E5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497A" w14:paraId="6F70DD45" w14:textId="77777777" w:rsidTr="003B3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Align w:val="center"/>
          </w:tcPr>
          <w:p w14:paraId="6C6AF37D" w14:textId="77777777" w:rsidR="00C5497A" w:rsidRDefault="00C5497A" w:rsidP="003B36A5">
            <w:pPr>
              <w:jc w:val="center"/>
            </w:pPr>
            <w:r>
              <w:t>3.</w:t>
            </w:r>
          </w:p>
        </w:tc>
        <w:tc>
          <w:tcPr>
            <w:tcW w:w="1178" w:type="dxa"/>
            <w:vAlign w:val="center"/>
          </w:tcPr>
          <w:p w14:paraId="5E0BE4DD" w14:textId="13A4388D" w:rsidR="00C5497A" w:rsidRDefault="00C5497A" w:rsidP="003B36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III </w:t>
            </w:r>
            <w:proofErr w:type="spellStart"/>
            <w:r>
              <w:t>седмица</w:t>
            </w:r>
            <w:proofErr w:type="spellEnd"/>
            <w:r>
              <w:t xml:space="preserve"> (16–20.9.)</w:t>
            </w:r>
          </w:p>
        </w:tc>
        <w:tc>
          <w:tcPr>
            <w:tcW w:w="1946" w:type="dxa"/>
          </w:tcPr>
          <w:p w14:paraId="0957E634" w14:textId="06512699" w:rsidR="00C5497A" w:rsidRPr="002D5997" w:rsidRDefault="00C5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  <w:r>
              <w:rPr>
                <w:lang w:val="sr-Cyrl-BA"/>
              </w:rPr>
              <w:t>Поздрави свештеника, наставника, старијих</w:t>
            </w:r>
          </w:p>
        </w:tc>
        <w:tc>
          <w:tcPr>
            <w:tcW w:w="1012" w:type="dxa"/>
          </w:tcPr>
          <w:p w14:paraId="0C270C4C" w14:textId="77777777" w:rsidR="00C5497A" w:rsidRDefault="00C5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Обрада</w:t>
            </w:r>
            <w:proofErr w:type="spellEnd"/>
            <w:r>
              <w:t xml:space="preserve"> </w:t>
            </w:r>
            <w:proofErr w:type="spellStart"/>
            <w:r>
              <w:t>новог</w:t>
            </w:r>
            <w:proofErr w:type="spellEnd"/>
            <w:r>
              <w:t xml:space="preserve"> </w:t>
            </w:r>
            <w:proofErr w:type="spellStart"/>
            <w:r>
              <w:t>градива</w:t>
            </w:r>
            <w:proofErr w:type="spellEnd"/>
          </w:p>
        </w:tc>
        <w:tc>
          <w:tcPr>
            <w:tcW w:w="1546" w:type="dxa"/>
            <w:vMerge/>
          </w:tcPr>
          <w:p w14:paraId="510F63F3" w14:textId="1E7DFA52" w:rsidR="00C5497A" w:rsidRDefault="00C5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90" w:type="dxa"/>
          </w:tcPr>
          <w:p w14:paraId="567A3EC9" w14:textId="5F4A7E9F" w:rsidR="00C5497A" w:rsidRPr="002D5997" w:rsidRDefault="00C5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  <w:r>
              <w:t xml:space="preserve">визуелна, </w:t>
            </w:r>
            <w:proofErr w:type="spellStart"/>
            <w:r>
              <w:t>разговор</w:t>
            </w:r>
            <w:proofErr w:type="spellEnd"/>
            <w:r>
              <w:rPr>
                <w:lang w:val="sr-Cyrl-BA"/>
              </w:rPr>
              <w:t>, метода демонстрације</w:t>
            </w:r>
          </w:p>
        </w:tc>
        <w:tc>
          <w:tcPr>
            <w:tcW w:w="1751" w:type="dxa"/>
          </w:tcPr>
          <w:p w14:paraId="2AC7993C" w14:textId="5990EA9A" w:rsidR="00C5497A" w:rsidRPr="003B36A5" w:rsidRDefault="00C5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  <w:proofErr w:type="spellStart"/>
            <w:r>
              <w:t>фронтални</w:t>
            </w:r>
            <w:proofErr w:type="spellEnd"/>
            <w:r>
              <w:t xml:space="preserve">, </w:t>
            </w:r>
            <w:proofErr w:type="spellStart"/>
            <w:r w:rsidR="003B36A5">
              <w:rPr>
                <w:lang w:val="sr-Cyrl-BA"/>
              </w:rPr>
              <w:t>инд</w:t>
            </w:r>
            <w:proofErr w:type="spellEnd"/>
            <w:r w:rsidR="003B36A5">
              <w:rPr>
                <w:lang w:val="sr-Cyrl-BA"/>
              </w:rPr>
              <w:t>. рад</w:t>
            </w:r>
          </w:p>
        </w:tc>
        <w:tc>
          <w:tcPr>
            <w:tcW w:w="1566" w:type="dxa"/>
            <w:vMerge w:val="restart"/>
          </w:tcPr>
          <w:p w14:paraId="0E7D92DE" w14:textId="77777777" w:rsidR="00C5497A" w:rsidRDefault="00C5497A" w:rsidP="006C1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покаже</w:t>
            </w:r>
            <w:proofErr w:type="spellEnd"/>
            <w:r>
              <w:t xml:space="preserve"> </w:t>
            </w:r>
            <w:proofErr w:type="spellStart"/>
            <w:r>
              <w:t>како</w:t>
            </w:r>
            <w:proofErr w:type="spellEnd"/>
            <w:r>
              <w:t xml:space="preserve"> </w:t>
            </w:r>
            <w:proofErr w:type="spellStart"/>
            <w:r>
              <w:t>треба</w:t>
            </w:r>
            <w:proofErr w:type="spellEnd"/>
            <w:r>
              <w:t xml:space="preserve"> </w:t>
            </w:r>
          </w:p>
          <w:p w14:paraId="0277FF0E" w14:textId="77777777" w:rsidR="00C5497A" w:rsidRDefault="00C5497A" w:rsidP="006C1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поздравити</w:t>
            </w:r>
            <w:proofErr w:type="spellEnd"/>
            <w:r>
              <w:t xml:space="preserve"> и </w:t>
            </w:r>
            <w:proofErr w:type="spellStart"/>
            <w:r>
              <w:t>ословити</w:t>
            </w:r>
            <w:proofErr w:type="spellEnd"/>
            <w:r>
              <w:t xml:space="preserve"> </w:t>
            </w:r>
          </w:p>
          <w:p w14:paraId="464E6212" w14:textId="50807C99" w:rsidR="00C5497A" w:rsidRDefault="00C5497A" w:rsidP="006C1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свештеника</w:t>
            </w:r>
            <w:proofErr w:type="spellEnd"/>
          </w:p>
        </w:tc>
        <w:tc>
          <w:tcPr>
            <w:tcW w:w="1558" w:type="dxa"/>
            <w:vMerge/>
          </w:tcPr>
          <w:p w14:paraId="48152D1F" w14:textId="697165FA" w:rsidR="00C5497A" w:rsidRDefault="00C5497A" w:rsidP="009E5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5497A" w14:paraId="1A3D5282" w14:textId="77777777" w:rsidTr="003B36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Align w:val="center"/>
          </w:tcPr>
          <w:p w14:paraId="57E58631" w14:textId="77777777" w:rsidR="00C5497A" w:rsidRDefault="00C5497A" w:rsidP="003B36A5">
            <w:pPr>
              <w:jc w:val="center"/>
            </w:pPr>
            <w:r>
              <w:t>4.</w:t>
            </w:r>
          </w:p>
        </w:tc>
        <w:tc>
          <w:tcPr>
            <w:tcW w:w="1178" w:type="dxa"/>
            <w:vAlign w:val="center"/>
          </w:tcPr>
          <w:p w14:paraId="1B59F5D2" w14:textId="6DD15B30" w:rsidR="00C5497A" w:rsidRDefault="00C5497A" w:rsidP="003B36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IV </w:t>
            </w:r>
            <w:proofErr w:type="spellStart"/>
            <w:r>
              <w:t>седмица</w:t>
            </w:r>
            <w:proofErr w:type="spellEnd"/>
            <w:r>
              <w:t xml:space="preserve"> (23–27.9.)</w:t>
            </w:r>
          </w:p>
        </w:tc>
        <w:tc>
          <w:tcPr>
            <w:tcW w:w="1946" w:type="dxa"/>
          </w:tcPr>
          <w:p w14:paraId="653841F8" w14:textId="19F0A14B" w:rsidR="00C5497A" w:rsidRPr="002D5997" w:rsidRDefault="00C5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BA"/>
              </w:rPr>
            </w:pPr>
            <w:r>
              <w:rPr>
                <w:lang w:val="sr-Cyrl-BA"/>
              </w:rPr>
              <w:t>Систематизација</w:t>
            </w:r>
          </w:p>
        </w:tc>
        <w:tc>
          <w:tcPr>
            <w:tcW w:w="1012" w:type="dxa"/>
          </w:tcPr>
          <w:p w14:paraId="3A47A847" w14:textId="3668EF26" w:rsidR="00C5497A" w:rsidRPr="002D5997" w:rsidRDefault="00C5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Сист</w:t>
            </w:r>
            <w:proofErr w:type="spellEnd"/>
            <w:r>
              <w:rPr>
                <w:lang w:val="sr-Cyrl-BA"/>
              </w:rPr>
              <w:t>.</w:t>
            </w:r>
          </w:p>
        </w:tc>
        <w:tc>
          <w:tcPr>
            <w:tcW w:w="1546" w:type="dxa"/>
            <w:vMerge/>
          </w:tcPr>
          <w:p w14:paraId="6A0F75D2" w14:textId="61F8D0FD" w:rsidR="00C5497A" w:rsidRDefault="00C5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0" w:type="dxa"/>
            <w:vMerge w:val="restart"/>
          </w:tcPr>
          <w:p w14:paraId="4A309CC3" w14:textId="77777777" w:rsidR="00C5497A" w:rsidRDefault="00C5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BA"/>
              </w:rPr>
            </w:pPr>
          </w:p>
          <w:p w14:paraId="1EDCA5C3" w14:textId="6C4FBDC8" w:rsidR="00C5497A" w:rsidRDefault="00C5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BA"/>
              </w:rPr>
            </w:pPr>
            <w:proofErr w:type="spellStart"/>
            <w:r w:rsidRPr="002D5997">
              <w:t>Метода</w:t>
            </w:r>
            <w:proofErr w:type="spellEnd"/>
            <w:r w:rsidRPr="002D5997">
              <w:t xml:space="preserve"> </w:t>
            </w:r>
            <w:proofErr w:type="spellStart"/>
            <w:r w:rsidRPr="002D5997">
              <w:t>разговора</w:t>
            </w:r>
            <w:proofErr w:type="spellEnd"/>
            <w:r w:rsidRPr="002D5997">
              <w:t>,</w:t>
            </w:r>
            <w:r>
              <w:rPr>
                <w:lang w:val="sr-Cyrl-BA"/>
              </w:rPr>
              <w:t xml:space="preserve"> </w:t>
            </w:r>
          </w:p>
          <w:p w14:paraId="7335A6DF" w14:textId="77777777" w:rsidR="00C5497A" w:rsidRDefault="00C5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BA"/>
              </w:rPr>
            </w:pPr>
          </w:p>
          <w:p w14:paraId="6E27E4CF" w14:textId="11CFFD50" w:rsidR="00C5497A" w:rsidRPr="006C149C" w:rsidRDefault="00C5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BA"/>
              </w:rPr>
            </w:pPr>
            <w:r>
              <w:rPr>
                <w:lang w:val="sr-Cyrl-BA"/>
              </w:rPr>
              <w:t>метода рада на тексту</w:t>
            </w:r>
          </w:p>
        </w:tc>
        <w:tc>
          <w:tcPr>
            <w:tcW w:w="1751" w:type="dxa"/>
            <w:vMerge w:val="restart"/>
          </w:tcPr>
          <w:p w14:paraId="4251BE64" w14:textId="77777777" w:rsidR="00C5497A" w:rsidRDefault="00C5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BA"/>
              </w:rPr>
            </w:pPr>
          </w:p>
          <w:p w14:paraId="4B2E397E" w14:textId="1002465B" w:rsidR="00C5497A" w:rsidRDefault="00C5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BA"/>
              </w:rPr>
            </w:pPr>
            <w:r>
              <w:rPr>
                <w:lang w:val="sr-Cyrl-BA"/>
              </w:rPr>
              <w:t xml:space="preserve">Фронтални и </w:t>
            </w:r>
          </w:p>
          <w:p w14:paraId="5B1D5993" w14:textId="77777777" w:rsidR="00C5497A" w:rsidRDefault="00C5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BA"/>
              </w:rPr>
            </w:pPr>
          </w:p>
          <w:p w14:paraId="0B81CC25" w14:textId="47607961" w:rsidR="00C5497A" w:rsidRDefault="00C5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индивидуални</w:t>
            </w:r>
            <w:proofErr w:type="spellEnd"/>
            <w:r>
              <w:t xml:space="preserve">, </w:t>
            </w:r>
          </w:p>
        </w:tc>
        <w:tc>
          <w:tcPr>
            <w:tcW w:w="1566" w:type="dxa"/>
            <w:vMerge/>
          </w:tcPr>
          <w:p w14:paraId="0D814D22" w14:textId="768E1A9A" w:rsidR="00C5497A" w:rsidRDefault="00C5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  <w:vMerge/>
          </w:tcPr>
          <w:p w14:paraId="3478D2D7" w14:textId="529A1394" w:rsidR="00C5497A" w:rsidRDefault="00C5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497A" w14:paraId="4CE59DE4" w14:textId="77777777" w:rsidTr="003B3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Align w:val="center"/>
          </w:tcPr>
          <w:p w14:paraId="2388CB37" w14:textId="005FCFA4" w:rsidR="00C5497A" w:rsidRPr="006C149C" w:rsidRDefault="00C5497A" w:rsidP="003B36A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5.</w:t>
            </w:r>
          </w:p>
        </w:tc>
        <w:tc>
          <w:tcPr>
            <w:tcW w:w="1178" w:type="dxa"/>
            <w:vAlign w:val="center"/>
          </w:tcPr>
          <w:p w14:paraId="51E8D3AC" w14:textId="4B036262" w:rsidR="00C5497A" w:rsidRDefault="00C5497A" w:rsidP="003B36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149C">
              <w:t xml:space="preserve">V </w:t>
            </w:r>
            <w:proofErr w:type="spellStart"/>
            <w:r w:rsidRPr="006C149C">
              <w:t>седмица</w:t>
            </w:r>
            <w:proofErr w:type="spellEnd"/>
            <w:r w:rsidRPr="006C149C">
              <w:t xml:space="preserve"> (2</w:t>
            </w:r>
            <w:r>
              <w:rPr>
                <w:lang w:val="sr-Cyrl-BA"/>
              </w:rPr>
              <w:t>9</w:t>
            </w:r>
            <w:r w:rsidRPr="006C149C">
              <w:t>–</w:t>
            </w:r>
            <w:r>
              <w:rPr>
                <w:lang w:val="sr-Cyrl-BA"/>
              </w:rPr>
              <w:t>30.</w:t>
            </w:r>
            <w:r w:rsidRPr="006C149C">
              <w:t>9.)</w:t>
            </w:r>
          </w:p>
        </w:tc>
        <w:tc>
          <w:tcPr>
            <w:tcW w:w="1946" w:type="dxa"/>
          </w:tcPr>
          <w:p w14:paraId="6C0D4D64" w14:textId="6AE29F56" w:rsidR="00C5497A" w:rsidRDefault="00C5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  <w:r>
              <w:rPr>
                <w:lang w:val="sr-Cyrl-BA"/>
              </w:rPr>
              <w:t>О крсту</w:t>
            </w:r>
          </w:p>
        </w:tc>
        <w:tc>
          <w:tcPr>
            <w:tcW w:w="1012" w:type="dxa"/>
          </w:tcPr>
          <w:p w14:paraId="555EE259" w14:textId="509782B0" w:rsidR="00C5497A" w:rsidRDefault="00C5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  <w:r>
              <w:rPr>
                <w:lang w:val="sr-Cyrl-BA"/>
              </w:rPr>
              <w:t>Обрада</w:t>
            </w:r>
          </w:p>
        </w:tc>
        <w:tc>
          <w:tcPr>
            <w:tcW w:w="1546" w:type="dxa"/>
          </w:tcPr>
          <w:p w14:paraId="341E5543" w14:textId="763C745F" w:rsidR="00C5497A" w:rsidRPr="006C149C" w:rsidRDefault="00C5497A" w:rsidP="006C1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BA"/>
              </w:rPr>
            </w:pPr>
            <w:r>
              <w:rPr>
                <w:lang w:val="sr-Latn-BA"/>
              </w:rPr>
              <w:t xml:space="preserve"> II </w:t>
            </w:r>
            <w:r w:rsidRPr="006C149C">
              <w:rPr>
                <w:lang w:val="sr-Cyrl-BA"/>
              </w:rPr>
              <w:t>Молитва</w:t>
            </w:r>
          </w:p>
        </w:tc>
        <w:tc>
          <w:tcPr>
            <w:tcW w:w="1790" w:type="dxa"/>
            <w:vMerge/>
          </w:tcPr>
          <w:p w14:paraId="0AB9B885" w14:textId="77777777" w:rsidR="00C5497A" w:rsidRPr="002D5997" w:rsidRDefault="00C5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51" w:type="dxa"/>
            <w:vMerge/>
          </w:tcPr>
          <w:p w14:paraId="11E87D3E" w14:textId="77777777" w:rsidR="00C5497A" w:rsidRDefault="00C5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6" w:type="dxa"/>
          </w:tcPr>
          <w:p w14:paraId="1A06A170" w14:textId="77777777" w:rsidR="00C5497A" w:rsidRDefault="00C5497A" w:rsidP="006C1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покаже</w:t>
            </w:r>
            <w:proofErr w:type="spellEnd"/>
            <w:r>
              <w:t xml:space="preserve"> </w:t>
            </w:r>
            <w:proofErr w:type="spellStart"/>
            <w:r>
              <w:t>како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треба</w:t>
            </w:r>
            <w:proofErr w:type="spellEnd"/>
            <w:r>
              <w:t xml:space="preserve"> </w:t>
            </w:r>
          </w:p>
          <w:p w14:paraId="1F196C79" w14:textId="0B6C09A7" w:rsidR="00C5497A" w:rsidRDefault="00C5497A" w:rsidP="006C1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правилно</w:t>
            </w:r>
            <w:proofErr w:type="spellEnd"/>
            <w:r>
              <w:t xml:space="preserve"> </w:t>
            </w:r>
            <w:proofErr w:type="spellStart"/>
            <w:r>
              <w:t>прекрстити</w:t>
            </w:r>
            <w:proofErr w:type="spellEnd"/>
          </w:p>
        </w:tc>
        <w:tc>
          <w:tcPr>
            <w:tcW w:w="1558" w:type="dxa"/>
            <w:vMerge/>
          </w:tcPr>
          <w:p w14:paraId="2D63133C" w14:textId="77777777" w:rsidR="00C5497A" w:rsidRDefault="00C5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D92F4E2" w14:textId="77777777" w:rsidR="00632E64" w:rsidRDefault="00632E64"/>
    <w:sectPr w:rsidR="00632E64" w:rsidSect="00C5497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8C94113"/>
    <w:multiLevelType w:val="hybridMultilevel"/>
    <w:tmpl w:val="E796225A"/>
    <w:lvl w:ilvl="0" w:tplc="79902B0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193" w:hanging="360"/>
      </w:pPr>
    </w:lvl>
    <w:lvl w:ilvl="2" w:tplc="181A001B" w:tentative="1">
      <w:start w:val="1"/>
      <w:numFmt w:val="lowerRoman"/>
      <w:lvlText w:val="%3."/>
      <w:lvlJc w:val="right"/>
      <w:pPr>
        <w:ind w:left="1913" w:hanging="180"/>
      </w:pPr>
    </w:lvl>
    <w:lvl w:ilvl="3" w:tplc="181A000F" w:tentative="1">
      <w:start w:val="1"/>
      <w:numFmt w:val="decimal"/>
      <w:lvlText w:val="%4."/>
      <w:lvlJc w:val="left"/>
      <w:pPr>
        <w:ind w:left="2633" w:hanging="360"/>
      </w:pPr>
    </w:lvl>
    <w:lvl w:ilvl="4" w:tplc="181A0019" w:tentative="1">
      <w:start w:val="1"/>
      <w:numFmt w:val="lowerLetter"/>
      <w:lvlText w:val="%5."/>
      <w:lvlJc w:val="left"/>
      <w:pPr>
        <w:ind w:left="3353" w:hanging="360"/>
      </w:pPr>
    </w:lvl>
    <w:lvl w:ilvl="5" w:tplc="181A001B" w:tentative="1">
      <w:start w:val="1"/>
      <w:numFmt w:val="lowerRoman"/>
      <w:lvlText w:val="%6."/>
      <w:lvlJc w:val="right"/>
      <w:pPr>
        <w:ind w:left="4073" w:hanging="180"/>
      </w:pPr>
    </w:lvl>
    <w:lvl w:ilvl="6" w:tplc="181A000F" w:tentative="1">
      <w:start w:val="1"/>
      <w:numFmt w:val="decimal"/>
      <w:lvlText w:val="%7."/>
      <w:lvlJc w:val="left"/>
      <w:pPr>
        <w:ind w:left="4793" w:hanging="360"/>
      </w:pPr>
    </w:lvl>
    <w:lvl w:ilvl="7" w:tplc="181A0019" w:tentative="1">
      <w:start w:val="1"/>
      <w:numFmt w:val="lowerLetter"/>
      <w:lvlText w:val="%8."/>
      <w:lvlJc w:val="left"/>
      <w:pPr>
        <w:ind w:left="5513" w:hanging="360"/>
      </w:pPr>
    </w:lvl>
    <w:lvl w:ilvl="8" w:tplc="18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3E7E3904"/>
    <w:multiLevelType w:val="hybridMultilevel"/>
    <w:tmpl w:val="40B4BF0E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936611">
    <w:abstractNumId w:val="8"/>
  </w:num>
  <w:num w:numId="2" w16cid:durableId="412093244">
    <w:abstractNumId w:val="6"/>
  </w:num>
  <w:num w:numId="3" w16cid:durableId="59407347">
    <w:abstractNumId w:val="5"/>
  </w:num>
  <w:num w:numId="4" w16cid:durableId="971180789">
    <w:abstractNumId w:val="4"/>
  </w:num>
  <w:num w:numId="5" w16cid:durableId="1835872307">
    <w:abstractNumId w:val="7"/>
  </w:num>
  <w:num w:numId="6" w16cid:durableId="1523518198">
    <w:abstractNumId w:val="3"/>
  </w:num>
  <w:num w:numId="7" w16cid:durableId="1548026221">
    <w:abstractNumId w:val="2"/>
  </w:num>
  <w:num w:numId="8" w16cid:durableId="1198277586">
    <w:abstractNumId w:val="1"/>
  </w:num>
  <w:num w:numId="9" w16cid:durableId="1932815097">
    <w:abstractNumId w:val="0"/>
  </w:num>
  <w:num w:numId="10" w16cid:durableId="701325443">
    <w:abstractNumId w:val="9"/>
  </w:num>
  <w:num w:numId="11" w16cid:durableId="11451266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BF0"/>
    <w:rsid w:val="00034616"/>
    <w:rsid w:val="0006063C"/>
    <w:rsid w:val="001101F5"/>
    <w:rsid w:val="0015074B"/>
    <w:rsid w:val="0029639D"/>
    <w:rsid w:val="002A162E"/>
    <w:rsid w:val="002D5997"/>
    <w:rsid w:val="00326F90"/>
    <w:rsid w:val="003B36A5"/>
    <w:rsid w:val="003C0CE5"/>
    <w:rsid w:val="004B6D2F"/>
    <w:rsid w:val="00632E64"/>
    <w:rsid w:val="006C149C"/>
    <w:rsid w:val="00AA1D8D"/>
    <w:rsid w:val="00B47730"/>
    <w:rsid w:val="00C5497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D6DDD6"/>
  <w14:defaultImageDpi w14:val="300"/>
  <w15:docId w15:val="{F52A55BE-9B4F-4F25-9355-5EAA87BA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Заглавље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Подножје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Наслов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Наслов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Наслов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слов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наслов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Тијело текста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Блок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Блок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Macro">
    <w:name w:val="macro"/>
    <w:link w:val="Macro0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0">
    <w:name w:val="Macro текст Знак"/>
    <w:basedOn w:val="a2"/>
    <w:link w:val="Macro"/>
    <w:uiPriority w:val="99"/>
    <w:rsid w:val="0029639D"/>
    <w:rPr>
      <w:rFonts w:ascii="Courier" w:hAnsi="Courier"/>
      <w:sz w:val="20"/>
      <w:szCs w:val="20"/>
    </w:rPr>
  </w:style>
  <w:style w:type="paragraph" w:styleId="af3">
    <w:name w:val="Quote"/>
    <w:basedOn w:val="a1"/>
    <w:next w:val="a1"/>
    <w:link w:val="af4"/>
    <w:uiPriority w:val="29"/>
    <w:qFormat/>
    <w:rsid w:val="00FC693F"/>
    <w:rPr>
      <w:i/>
      <w:iCs/>
      <w:color w:val="000000" w:themeColor="text1"/>
    </w:rPr>
  </w:style>
  <w:style w:type="character" w:customStyle="1" w:styleId="af4">
    <w:name w:val="Цитат Знак"/>
    <w:basedOn w:val="a2"/>
    <w:link w:val="af3"/>
    <w:uiPriority w:val="29"/>
    <w:rsid w:val="00FC693F"/>
    <w:rPr>
      <w:i/>
      <w:iCs/>
      <w:color w:val="000000" w:themeColor="text1"/>
    </w:rPr>
  </w:style>
  <w:style w:type="character" w:customStyle="1" w:styleId="40">
    <w:name w:val="Наслов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Наслов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Наслов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Наслов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Наслов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Наслов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Снажни цитат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0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1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2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2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2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3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3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3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3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4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4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4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5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5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5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5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5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6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6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6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6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6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4">
    <w:name w:val="Plain Table 1"/>
    <w:basedOn w:val="a3"/>
    <w:uiPriority w:val="99"/>
    <w:rsid w:val="003B36A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6</cp:revision>
  <dcterms:created xsi:type="dcterms:W3CDTF">2025-09-01T12:13:00Z</dcterms:created>
  <dcterms:modified xsi:type="dcterms:W3CDTF">2025-09-01T12:26:00Z</dcterms:modified>
  <cp:category/>
</cp:coreProperties>
</file>