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93928" w14:textId="45F57E10" w:rsidR="00B409E9" w:rsidRPr="00F86277" w:rsidRDefault="00000000" w:rsidP="00CF1906">
      <w:pPr>
        <w:pStyle w:val="aa"/>
        <w:spacing w:after="0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F86277">
        <w:rPr>
          <w:rFonts w:ascii="Times New Roman" w:hAnsi="Times New Roman" w:cs="Times New Roman"/>
          <w:sz w:val="24"/>
          <w:szCs w:val="24"/>
        </w:rPr>
        <w:t xml:space="preserve">ГОДИШЊИ ПЛАН РАДА ИЗ ПРАВОСЛАВНЕ ВЈЕРОНАУКЕ ЗА </w:t>
      </w:r>
      <w:proofErr w:type="gramStart"/>
      <w:r w:rsidR="00A662DB">
        <w:rPr>
          <w:rFonts w:ascii="Times New Roman" w:hAnsi="Times New Roman" w:cs="Times New Roman"/>
          <w:sz w:val="24"/>
          <w:szCs w:val="24"/>
        </w:rPr>
        <w:t>VI</w:t>
      </w:r>
      <w:r w:rsidR="0069465E">
        <w:rPr>
          <w:rFonts w:ascii="Times New Roman" w:hAnsi="Times New Roman" w:cs="Times New Roman"/>
          <w:sz w:val="24"/>
          <w:szCs w:val="24"/>
        </w:rPr>
        <w:t xml:space="preserve"> </w:t>
      </w:r>
      <w:r w:rsidRPr="00F86277">
        <w:rPr>
          <w:rFonts w:ascii="Times New Roman" w:hAnsi="Times New Roman" w:cs="Times New Roman"/>
          <w:sz w:val="24"/>
          <w:szCs w:val="24"/>
        </w:rPr>
        <w:t xml:space="preserve"> РАЗРЕД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8260"/>
        <w:gridCol w:w="6130"/>
      </w:tblGrid>
      <w:tr w:rsidR="00CA7DA0" w:rsidRPr="007C67CF" w14:paraId="6AD9D982" w14:textId="77777777" w:rsidTr="000A096C">
        <w:trPr>
          <w:trHeight w:val="300"/>
        </w:trPr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vAlign w:val="center"/>
            <w:hideMark/>
          </w:tcPr>
          <w:p w14:paraId="188FBB90" w14:textId="77777777" w:rsidR="00CA7DA0" w:rsidRDefault="00CA7DA0" w:rsidP="000A09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8B258A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ГОДИШЊИ ПЛАН РАДА ЗА НАСТАВНИ ПРЕДМЕТ:</w:t>
            </w:r>
          </w:p>
          <w:p w14:paraId="0B443BC2" w14:textId="22B82410" w:rsidR="009948DC" w:rsidRPr="008B258A" w:rsidRDefault="009948DC" w:rsidP="000A09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ВЈЕРОУЧИТЕЉ:</w:t>
            </w:r>
          </w:p>
        </w:tc>
        <w:tc>
          <w:tcPr>
            <w:tcW w:w="2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2FA200" w14:textId="77777777" w:rsidR="00CA7DA0" w:rsidRDefault="00CA7DA0" w:rsidP="000A09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ПРАВОСЛАВНА ВЈЕРОНАУКА</w:t>
            </w:r>
          </w:p>
          <w:p w14:paraId="53B53C5F" w14:textId="050620A3" w:rsidR="009948DC" w:rsidRPr="007C67CF" w:rsidRDefault="009948DC" w:rsidP="000A09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ДРАГАН ЂУРИЋ</w:t>
            </w:r>
          </w:p>
        </w:tc>
      </w:tr>
      <w:tr w:rsidR="00CA7DA0" w:rsidRPr="008B258A" w14:paraId="6845FF6E" w14:textId="77777777" w:rsidTr="000A096C">
        <w:trPr>
          <w:trHeight w:val="300"/>
        </w:trPr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14:paraId="427A37A1" w14:textId="66E60DBB" w:rsidR="00CA7DA0" w:rsidRPr="00CA7DA0" w:rsidRDefault="00CA7DA0" w:rsidP="000A09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</w:pPr>
            <w:r w:rsidRPr="00CA7DA0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РАЗРЕД И ОДЈЕЉЕЊА</w:t>
            </w:r>
            <w:r w:rsidRPr="001B0A4F"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Cyrl-BA"/>
              </w:rPr>
              <w:t>:</w:t>
            </w:r>
            <w:r w:rsidRPr="00CA7DA0">
              <w:rPr>
                <w:lang w:val="sr-Cyrl-RS"/>
              </w:rPr>
              <w:t xml:space="preserve"> </w:t>
            </w:r>
            <w:r w:rsidR="00A662DB">
              <w:rPr>
                <w:lang w:val="sr-Latn-BA"/>
              </w:rPr>
              <w:t>VI 7, 8, 9</w:t>
            </w:r>
          </w:p>
        </w:tc>
        <w:tc>
          <w:tcPr>
            <w:tcW w:w="2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B4E870" w14:textId="0AF0C10A" w:rsidR="00CA7DA0" w:rsidRPr="008B258A" w:rsidRDefault="00A662DB" w:rsidP="000A096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="00CA7DA0" w:rsidRPr="00F86277">
              <w:rPr>
                <w:rFonts w:ascii="Times New Roman" w:hAnsi="Times New Roman" w:cs="Times New Roman"/>
                <w:sz w:val="24"/>
                <w:szCs w:val="24"/>
              </w:rPr>
              <w:t xml:space="preserve"> РАЗРЕД</w:t>
            </w:r>
          </w:p>
        </w:tc>
      </w:tr>
    </w:tbl>
    <w:p w14:paraId="3ED28BA6" w14:textId="598656B1" w:rsidR="00B409E9" w:rsidRPr="00F86277" w:rsidRDefault="007D094F" w:rsidP="00F862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Школска</w:t>
      </w:r>
      <w:r w:rsidRPr="00F86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277">
        <w:rPr>
          <w:rFonts w:ascii="Times New Roman" w:hAnsi="Times New Roman" w:cs="Times New Roman"/>
          <w:sz w:val="24"/>
          <w:szCs w:val="24"/>
        </w:rPr>
        <w:t>година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>: 2025/2026.</w:t>
      </w:r>
    </w:p>
    <w:p w14:paraId="2E442A29" w14:textId="65E86578" w:rsidR="00B409E9" w:rsidRPr="0069465E" w:rsidRDefault="00000000" w:rsidP="00F86277">
      <w:pPr>
        <w:spacing w:after="0"/>
        <w:rPr>
          <w:rFonts w:ascii="Times New Roman" w:hAnsi="Times New Roman" w:cs="Times New Roman"/>
          <w:sz w:val="24"/>
          <w:szCs w:val="24"/>
          <w:lang w:val="sr-Latn-BA"/>
        </w:rPr>
      </w:pPr>
      <w:proofErr w:type="spellStart"/>
      <w:r w:rsidRPr="00F86277">
        <w:rPr>
          <w:rFonts w:ascii="Times New Roman" w:hAnsi="Times New Roman" w:cs="Times New Roman"/>
          <w:sz w:val="24"/>
          <w:szCs w:val="24"/>
        </w:rPr>
        <w:t>Разред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 xml:space="preserve">: </w:t>
      </w:r>
      <w:r w:rsidR="00A662DB">
        <w:rPr>
          <w:rFonts w:ascii="Times New Roman" w:hAnsi="Times New Roman" w:cs="Times New Roman"/>
          <w:sz w:val="24"/>
          <w:szCs w:val="24"/>
        </w:rPr>
        <w:t>VI</w:t>
      </w:r>
    </w:p>
    <w:p w14:paraId="06481D7D" w14:textId="5587DBA8" w:rsidR="00F86277" w:rsidRDefault="00000000" w:rsidP="00F86277">
      <w:pPr>
        <w:spacing w:after="0"/>
        <w:rPr>
          <w:rFonts w:ascii="Times New Roman" w:hAnsi="Times New Roman" w:cs="Times New Roman"/>
          <w:sz w:val="24"/>
          <w:szCs w:val="24"/>
          <w:lang w:val="sr-Cyrl-BA"/>
        </w:rPr>
      </w:pPr>
      <w:proofErr w:type="spellStart"/>
      <w:r w:rsidRPr="00F86277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277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277">
        <w:rPr>
          <w:rFonts w:ascii="Times New Roman" w:hAnsi="Times New Roman" w:cs="Times New Roman"/>
          <w:sz w:val="24"/>
          <w:szCs w:val="24"/>
        </w:rPr>
        <w:t>недјељно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>: 1</w:t>
      </w:r>
      <w:r w:rsidR="00F86277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5876DD">
        <w:rPr>
          <w:rFonts w:ascii="Times New Roman" w:hAnsi="Times New Roman" w:cs="Times New Roman"/>
          <w:sz w:val="24"/>
          <w:szCs w:val="24"/>
          <w:lang w:val="sr-Cyrl-BA"/>
        </w:rPr>
        <w:t>/</w:t>
      </w:r>
      <w:r w:rsidR="00B002B8">
        <w:rPr>
          <w:rFonts w:ascii="Times New Roman" w:hAnsi="Times New Roman" w:cs="Times New Roman"/>
          <w:sz w:val="24"/>
          <w:szCs w:val="24"/>
          <w:lang w:val="sr-Cyrl-BA"/>
        </w:rPr>
        <w:t>Понедјељак и уторак</w:t>
      </w:r>
      <w:r w:rsidR="005876DD">
        <w:rPr>
          <w:rFonts w:ascii="Times New Roman" w:hAnsi="Times New Roman" w:cs="Times New Roman"/>
          <w:sz w:val="24"/>
          <w:szCs w:val="24"/>
          <w:lang w:val="sr-Cyrl-BA"/>
        </w:rPr>
        <w:t>/</w:t>
      </w:r>
    </w:p>
    <w:p w14:paraId="3302DA72" w14:textId="445B869D" w:rsidR="00F86277" w:rsidRPr="00F86277" w:rsidRDefault="00000000" w:rsidP="00F86277">
      <w:pPr>
        <w:spacing w:after="0"/>
        <w:rPr>
          <w:rFonts w:ascii="Times New Roman" w:eastAsia="Times New Roman" w:hAnsi="Times New Roman" w:cs="Times New Roman"/>
          <w:sz w:val="27"/>
          <w:szCs w:val="27"/>
          <w:lang w:val="sr-Latn-BA" w:eastAsia="sr-Latn-BA"/>
        </w:rPr>
      </w:pPr>
      <w:proofErr w:type="spellStart"/>
      <w:r w:rsidRPr="00F86277">
        <w:rPr>
          <w:rFonts w:ascii="Times New Roman" w:hAnsi="Times New Roman" w:cs="Times New Roman"/>
          <w:sz w:val="24"/>
          <w:szCs w:val="24"/>
        </w:rPr>
        <w:t>Укупно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277">
        <w:rPr>
          <w:rFonts w:ascii="Times New Roman" w:hAnsi="Times New Roman" w:cs="Times New Roman"/>
          <w:sz w:val="24"/>
          <w:szCs w:val="24"/>
        </w:rPr>
        <w:t>годишње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277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>: 36</w:t>
      </w:r>
      <w:r w:rsidRPr="00F86277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14"/>
        <w:tblW w:w="14132" w:type="dxa"/>
        <w:tblLayout w:type="fixed"/>
        <w:tblLook w:val="04A0" w:firstRow="1" w:lastRow="0" w:firstColumn="1" w:lastColumn="0" w:noHBand="0" w:noVBand="1"/>
      </w:tblPr>
      <w:tblGrid>
        <w:gridCol w:w="3539"/>
        <w:gridCol w:w="1418"/>
        <w:gridCol w:w="992"/>
        <w:gridCol w:w="1134"/>
        <w:gridCol w:w="1276"/>
        <w:gridCol w:w="992"/>
        <w:gridCol w:w="747"/>
        <w:gridCol w:w="954"/>
        <w:gridCol w:w="795"/>
        <w:gridCol w:w="643"/>
        <w:gridCol w:w="595"/>
        <w:gridCol w:w="1047"/>
      </w:tblGrid>
      <w:tr w:rsidR="0069465E" w:rsidRPr="00F86277" w14:paraId="17EC68AA" w14:textId="77777777" w:rsidTr="00A66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14:paraId="0F832946" w14:textId="77777777" w:rsidR="00F86277" w:rsidRPr="00F86277" w:rsidRDefault="00F86277" w:rsidP="00F8627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Наставна тема</w:t>
            </w:r>
          </w:p>
        </w:tc>
        <w:tc>
          <w:tcPr>
            <w:tcW w:w="1418" w:type="dxa"/>
            <w:hideMark/>
          </w:tcPr>
          <w:p w14:paraId="35D31E73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Септембар</w:t>
            </w:r>
          </w:p>
        </w:tc>
        <w:tc>
          <w:tcPr>
            <w:tcW w:w="992" w:type="dxa"/>
            <w:hideMark/>
          </w:tcPr>
          <w:p w14:paraId="7F43E835" w14:textId="4964CF68" w:rsidR="00F86277" w:rsidRPr="00A662DB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Cyrl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Окт</w:t>
            </w:r>
            <w:r w:rsid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.</w:t>
            </w:r>
          </w:p>
        </w:tc>
        <w:tc>
          <w:tcPr>
            <w:tcW w:w="1134" w:type="dxa"/>
            <w:hideMark/>
          </w:tcPr>
          <w:p w14:paraId="6B302F90" w14:textId="1D05B227" w:rsidR="00F86277" w:rsidRPr="00A662DB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Cyrl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Нове</w:t>
            </w:r>
            <w:r w:rsid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м.</w:t>
            </w:r>
          </w:p>
        </w:tc>
        <w:tc>
          <w:tcPr>
            <w:tcW w:w="1276" w:type="dxa"/>
            <w:hideMark/>
          </w:tcPr>
          <w:p w14:paraId="329DA053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Децембар</w:t>
            </w:r>
          </w:p>
        </w:tc>
        <w:tc>
          <w:tcPr>
            <w:tcW w:w="992" w:type="dxa"/>
            <w:hideMark/>
          </w:tcPr>
          <w:p w14:paraId="641C511D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Јануар</w:t>
            </w:r>
          </w:p>
        </w:tc>
        <w:tc>
          <w:tcPr>
            <w:tcW w:w="747" w:type="dxa"/>
            <w:hideMark/>
          </w:tcPr>
          <w:p w14:paraId="2D60B1E2" w14:textId="659D721E" w:rsidR="00F86277" w:rsidRPr="00A662DB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Cyrl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Феб</w:t>
            </w:r>
          </w:p>
        </w:tc>
        <w:tc>
          <w:tcPr>
            <w:tcW w:w="954" w:type="dxa"/>
            <w:hideMark/>
          </w:tcPr>
          <w:p w14:paraId="7194F79A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Март</w:t>
            </w:r>
          </w:p>
        </w:tc>
        <w:tc>
          <w:tcPr>
            <w:tcW w:w="795" w:type="dxa"/>
            <w:hideMark/>
          </w:tcPr>
          <w:p w14:paraId="7AEBBA3D" w14:textId="2630580F" w:rsidR="00F86277" w:rsidRPr="00A662DB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Cyrl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Апр</w:t>
            </w:r>
            <w:r w:rsid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.</w:t>
            </w:r>
          </w:p>
        </w:tc>
        <w:tc>
          <w:tcPr>
            <w:tcW w:w="643" w:type="dxa"/>
            <w:hideMark/>
          </w:tcPr>
          <w:p w14:paraId="4054BA8F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Мај</w:t>
            </w:r>
          </w:p>
        </w:tc>
        <w:tc>
          <w:tcPr>
            <w:tcW w:w="595" w:type="dxa"/>
            <w:hideMark/>
          </w:tcPr>
          <w:p w14:paraId="0D85D84B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Јун</w:t>
            </w:r>
          </w:p>
        </w:tc>
        <w:tc>
          <w:tcPr>
            <w:tcW w:w="1047" w:type="dxa"/>
            <w:hideMark/>
          </w:tcPr>
          <w:p w14:paraId="62C76EA4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Укупно</w:t>
            </w:r>
          </w:p>
        </w:tc>
      </w:tr>
      <w:tr w:rsidR="0069465E" w:rsidRPr="00F86277" w14:paraId="0D0EE9C0" w14:textId="77777777" w:rsidTr="00A66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378087D" w14:textId="23218981" w:rsidR="00F86277" w:rsidRPr="0069465E" w:rsidRDefault="00A662DB" w:rsidP="00F862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proofErr w:type="spellStart"/>
            <w:r>
              <w:t>Почетак</w:t>
            </w:r>
            <w:proofErr w:type="spellEnd"/>
            <w:r>
              <w:t xml:space="preserve"> </w:t>
            </w:r>
            <w:proofErr w:type="spellStart"/>
            <w:r>
              <w:t>историје</w:t>
            </w:r>
            <w:proofErr w:type="spellEnd"/>
            <w:r>
              <w:t xml:space="preserve"> </w:t>
            </w:r>
            <w:proofErr w:type="spellStart"/>
            <w:r>
              <w:t>хришћанске</w:t>
            </w:r>
            <w:proofErr w:type="spellEnd"/>
            <w:r>
              <w:t xml:space="preserve"> </w:t>
            </w:r>
            <w:proofErr w:type="spellStart"/>
            <w:r>
              <w:t>Цркве</w:t>
            </w:r>
            <w:proofErr w:type="spellEnd"/>
          </w:p>
        </w:tc>
        <w:tc>
          <w:tcPr>
            <w:tcW w:w="1418" w:type="dxa"/>
            <w:hideMark/>
          </w:tcPr>
          <w:p w14:paraId="0EEA8F3C" w14:textId="51C00A91" w:rsidR="00F86277" w:rsidRPr="00A662DB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5</w:t>
            </w:r>
          </w:p>
        </w:tc>
        <w:tc>
          <w:tcPr>
            <w:tcW w:w="992" w:type="dxa"/>
            <w:hideMark/>
          </w:tcPr>
          <w:p w14:paraId="5785B2E2" w14:textId="48DC4AFA" w:rsidR="00F86277" w:rsidRPr="00F86277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1</w:t>
            </w:r>
          </w:p>
        </w:tc>
        <w:tc>
          <w:tcPr>
            <w:tcW w:w="1134" w:type="dxa"/>
          </w:tcPr>
          <w:p w14:paraId="3F2C69E2" w14:textId="36CCBD81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276" w:type="dxa"/>
          </w:tcPr>
          <w:p w14:paraId="25E6DE84" w14:textId="27E5D297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992" w:type="dxa"/>
          </w:tcPr>
          <w:p w14:paraId="24F33882" w14:textId="44450BE3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747" w:type="dxa"/>
          </w:tcPr>
          <w:p w14:paraId="21CBA2CD" w14:textId="2AF641BF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954" w:type="dxa"/>
          </w:tcPr>
          <w:p w14:paraId="1C316891" w14:textId="483B6DF6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795" w:type="dxa"/>
          </w:tcPr>
          <w:p w14:paraId="2E855134" w14:textId="25EE7641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643" w:type="dxa"/>
          </w:tcPr>
          <w:p w14:paraId="4B88F927" w14:textId="7B41C9FA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595" w:type="dxa"/>
          </w:tcPr>
          <w:p w14:paraId="60CB2F06" w14:textId="66DB0453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047" w:type="dxa"/>
            <w:hideMark/>
          </w:tcPr>
          <w:p w14:paraId="6DD7DB8F" w14:textId="0E0A173D" w:rsidR="00F86277" w:rsidRPr="0069465E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  <w:t>6</w:t>
            </w:r>
          </w:p>
        </w:tc>
      </w:tr>
      <w:tr w:rsidR="0069465E" w:rsidRPr="00F86277" w14:paraId="1AFE8EC7" w14:textId="77777777" w:rsidTr="00A662DB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02A1457" w14:textId="5BDC9A1D" w:rsidR="00F86277" w:rsidRPr="0069465E" w:rsidRDefault="00A662DB" w:rsidP="00F862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 xml:space="preserve">Гоњења и </w:t>
            </w:r>
            <w:proofErr w:type="spellStart"/>
            <w:r w:rsidRP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мисионарење</w:t>
            </w:r>
            <w:proofErr w:type="spellEnd"/>
          </w:p>
        </w:tc>
        <w:tc>
          <w:tcPr>
            <w:tcW w:w="1418" w:type="dxa"/>
          </w:tcPr>
          <w:p w14:paraId="395AF9D0" w14:textId="65F884E1" w:rsidR="00F86277" w:rsidRPr="009948DC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992" w:type="dxa"/>
          </w:tcPr>
          <w:p w14:paraId="722E80D8" w14:textId="2D07C770" w:rsidR="00F86277" w:rsidRPr="0069465E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3</w:t>
            </w:r>
          </w:p>
        </w:tc>
        <w:tc>
          <w:tcPr>
            <w:tcW w:w="1134" w:type="dxa"/>
          </w:tcPr>
          <w:p w14:paraId="7D11C7F7" w14:textId="6CFA0595" w:rsidR="00F86277" w:rsidRPr="009948DC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1276" w:type="dxa"/>
          </w:tcPr>
          <w:p w14:paraId="2E314558" w14:textId="3E8E6564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992" w:type="dxa"/>
          </w:tcPr>
          <w:p w14:paraId="333E0920" w14:textId="4654CECD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747" w:type="dxa"/>
          </w:tcPr>
          <w:p w14:paraId="6DF0E764" w14:textId="3603AEC7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954" w:type="dxa"/>
          </w:tcPr>
          <w:p w14:paraId="4DE9CE34" w14:textId="6393BE98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795" w:type="dxa"/>
          </w:tcPr>
          <w:p w14:paraId="1D9889DE" w14:textId="1BF00F9D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643" w:type="dxa"/>
          </w:tcPr>
          <w:p w14:paraId="7FEDCF7A" w14:textId="6A38B120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595" w:type="dxa"/>
          </w:tcPr>
          <w:p w14:paraId="613D869C" w14:textId="678EBEC0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047" w:type="dxa"/>
          </w:tcPr>
          <w:p w14:paraId="1062024A" w14:textId="0AEFC282" w:rsidR="00F86277" w:rsidRPr="0069465E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  <w:t>5</w:t>
            </w:r>
          </w:p>
        </w:tc>
      </w:tr>
      <w:tr w:rsidR="0069465E" w:rsidRPr="00F86277" w14:paraId="560B6726" w14:textId="77777777" w:rsidTr="00A66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A077B90" w14:textId="77777777" w:rsidR="00A662DB" w:rsidRPr="00A662DB" w:rsidRDefault="00A662DB" w:rsidP="00A662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 xml:space="preserve">Историја хришћанске Цркве  </w:t>
            </w:r>
          </w:p>
          <w:p w14:paraId="32B81D1E" w14:textId="2C1C0A6C" w:rsidR="00F86277" w:rsidRPr="0069465E" w:rsidRDefault="00A662DB" w:rsidP="00A662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 xml:space="preserve">од IV до IX вијека  </w:t>
            </w:r>
          </w:p>
        </w:tc>
        <w:tc>
          <w:tcPr>
            <w:tcW w:w="1418" w:type="dxa"/>
          </w:tcPr>
          <w:p w14:paraId="5C41E3E9" w14:textId="5A5F9ABF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992" w:type="dxa"/>
          </w:tcPr>
          <w:p w14:paraId="66D13D94" w14:textId="5081A977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134" w:type="dxa"/>
          </w:tcPr>
          <w:p w14:paraId="0434521A" w14:textId="4EB520C3" w:rsidR="00F86277" w:rsidRPr="009948DC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1276" w:type="dxa"/>
          </w:tcPr>
          <w:p w14:paraId="663E622B" w14:textId="3ECB57F4" w:rsidR="00F86277" w:rsidRPr="009948DC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992" w:type="dxa"/>
          </w:tcPr>
          <w:p w14:paraId="02490AB4" w14:textId="7B93BCBA" w:rsidR="00F86277" w:rsidRPr="0069465E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747" w:type="dxa"/>
          </w:tcPr>
          <w:p w14:paraId="472C5144" w14:textId="5675ADA7" w:rsidR="00F86277" w:rsidRPr="0069465E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954" w:type="dxa"/>
          </w:tcPr>
          <w:p w14:paraId="0A366830" w14:textId="54E453F4" w:rsidR="00F86277" w:rsidRPr="0069465E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795" w:type="dxa"/>
          </w:tcPr>
          <w:p w14:paraId="6447B2AE" w14:textId="09C38D69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643" w:type="dxa"/>
          </w:tcPr>
          <w:p w14:paraId="2D9EB4B9" w14:textId="2D9D61F4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595" w:type="dxa"/>
          </w:tcPr>
          <w:p w14:paraId="3C87EC2F" w14:textId="77D47BC6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047" w:type="dxa"/>
          </w:tcPr>
          <w:p w14:paraId="457C8BC9" w14:textId="4AC8932C" w:rsidR="00F86277" w:rsidRPr="0069465E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  <w:t>4</w:t>
            </w:r>
          </w:p>
        </w:tc>
      </w:tr>
      <w:tr w:rsidR="0069465E" w:rsidRPr="00F86277" w14:paraId="7AE03E38" w14:textId="77777777" w:rsidTr="00A662DB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37C82FC" w14:textId="77777777" w:rsidR="00A662DB" w:rsidRPr="00A662DB" w:rsidRDefault="00A662DB" w:rsidP="00A662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 xml:space="preserve">Историја неправославних </w:t>
            </w:r>
          </w:p>
          <w:p w14:paraId="4AB9C255" w14:textId="77777777" w:rsidR="00A662DB" w:rsidRPr="00A662DB" w:rsidRDefault="00A662DB" w:rsidP="00A662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 xml:space="preserve">хришћанских цркава и других </w:t>
            </w:r>
          </w:p>
          <w:p w14:paraId="0E810170" w14:textId="536106FA" w:rsidR="00F86277" w:rsidRPr="0069465E" w:rsidRDefault="00A662DB" w:rsidP="00A662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вјерских заједница</w:t>
            </w:r>
          </w:p>
        </w:tc>
        <w:tc>
          <w:tcPr>
            <w:tcW w:w="1418" w:type="dxa"/>
          </w:tcPr>
          <w:p w14:paraId="0620D6FF" w14:textId="20C07F15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992" w:type="dxa"/>
          </w:tcPr>
          <w:p w14:paraId="34E495AE" w14:textId="194F1FD6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134" w:type="dxa"/>
          </w:tcPr>
          <w:p w14:paraId="404F1205" w14:textId="3C13626F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276" w:type="dxa"/>
          </w:tcPr>
          <w:p w14:paraId="3473338B" w14:textId="19FA0209" w:rsidR="00F86277" w:rsidRPr="009948DC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992" w:type="dxa"/>
          </w:tcPr>
          <w:p w14:paraId="428D1A49" w14:textId="4C558554" w:rsidR="00F86277" w:rsidRPr="00A662DB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747" w:type="dxa"/>
          </w:tcPr>
          <w:p w14:paraId="3A36449A" w14:textId="272CD74E" w:rsidR="00F86277" w:rsidRPr="00A662DB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954" w:type="dxa"/>
          </w:tcPr>
          <w:p w14:paraId="4EF298DE" w14:textId="10F6A931" w:rsidR="00F86277" w:rsidRPr="009948DC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795" w:type="dxa"/>
          </w:tcPr>
          <w:p w14:paraId="4BDF5D15" w14:textId="72ED3427" w:rsidR="00F86277" w:rsidRPr="0069465E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643" w:type="dxa"/>
          </w:tcPr>
          <w:p w14:paraId="5302BFB3" w14:textId="7476216C" w:rsidR="00F86277" w:rsidRPr="0069465E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595" w:type="dxa"/>
          </w:tcPr>
          <w:p w14:paraId="2B812466" w14:textId="201F8676" w:rsidR="00F86277" w:rsidRPr="0069465E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1047" w:type="dxa"/>
          </w:tcPr>
          <w:p w14:paraId="145E25E3" w14:textId="070994D7" w:rsidR="00F86277" w:rsidRPr="0069465E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  <w:t>4</w:t>
            </w:r>
          </w:p>
        </w:tc>
      </w:tr>
      <w:tr w:rsidR="00A662DB" w:rsidRPr="00F86277" w14:paraId="54242D6E" w14:textId="77777777" w:rsidTr="00A66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1DB2DAB" w14:textId="06A3E1D1" w:rsidR="00A662DB" w:rsidRPr="0069465E" w:rsidRDefault="00A662DB" w:rsidP="00F862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Крштење Словена</w:t>
            </w:r>
          </w:p>
        </w:tc>
        <w:tc>
          <w:tcPr>
            <w:tcW w:w="1418" w:type="dxa"/>
          </w:tcPr>
          <w:p w14:paraId="7073C9BE" w14:textId="77777777" w:rsidR="00A662DB" w:rsidRPr="00F86277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992" w:type="dxa"/>
          </w:tcPr>
          <w:p w14:paraId="250F68F3" w14:textId="77777777" w:rsidR="00A662DB" w:rsidRPr="00F86277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134" w:type="dxa"/>
          </w:tcPr>
          <w:p w14:paraId="5B39ED8B" w14:textId="77777777" w:rsidR="00A662DB" w:rsidRPr="00F86277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276" w:type="dxa"/>
          </w:tcPr>
          <w:p w14:paraId="585AE156" w14:textId="77777777" w:rsidR="00A662DB" w:rsidRPr="009948DC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992" w:type="dxa"/>
          </w:tcPr>
          <w:p w14:paraId="3183730A" w14:textId="77777777" w:rsidR="00A662DB" w:rsidRPr="00F86277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747" w:type="dxa"/>
          </w:tcPr>
          <w:p w14:paraId="1AE11576" w14:textId="581AC28D" w:rsidR="00A662DB" w:rsidRPr="00A662DB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954" w:type="dxa"/>
          </w:tcPr>
          <w:p w14:paraId="480106A4" w14:textId="77777777" w:rsidR="00A662DB" w:rsidRPr="009948DC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795" w:type="dxa"/>
          </w:tcPr>
          <w:p w14:paraId="6A6892F3" w14:textId="77777777" w:rsidR="00A662DB" w:rsidRPr="0069465E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643" w:type="dxa"/>
          </w:tcPr>
          <w:p w14:paraId="48DA5828" w14:textId="77777777" w:rsidR="00A662DB" w:rsidRPr="0069465E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595" w:type="dxa"/>
          </w:tcPr>
          <w:p w14:paraId="7B74D53D" w14:textId="77777777" w:rsidR="00A662DB" w:rsidRPr="0069465E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1047" w:type="dxa"/>
          </w:tcPr>
          <w:p w14:paraId="4C2575C7" w14:textId="27AEF39E" w:rsidR="00A662DB" w:rsidRPr="0069465E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  <w:t>2</w:t>
            </w:r>
          </w:p>
        </w:tc>
      </w:tr>
      <w:tr w:rsidR="00A662DB" w:rsidRPr="00F86277" w14:paraId="2F9888AF" w14:textId="77777777" w:rsidTr="00A662DB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37A9C56" w14:textId="4D1624F8" w:rsidR="00A662DB" w:rsidRPr="0069465E" w:rsidRDefault="00A662DB" w:rsidP="00F862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Немањићи и њихове задужбине</w:t>
            </w:r>
          </w:p>
        </w:tc>
        <w:tc>
          <w:tcPr>
            <w:tcW w:w="1418" w:type="dxa"/>
          </w:tcPr>
          <w:p w14:paraId="41CC7AEA" w14:textId="77777777" w:rsidR="00A662DB" w:rsidRPr="00F86277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992" w:type="dxa"/>
          </w:tcPr>
          <w:p w14:paraId="5C943D98" w14:textId="77777777" w:rsidR="00A662DB" w:rsidRPr="00F86277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134" w:type="dxa"/>
          </w:tcPr>
          <w:p w14:paraId="3E0BE136" w14:textId="77777777" w:rsidR="00A662DB" w:rsidRPr="00F86277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276" w:type="dxa"/>
          </w:tcPr>
          <w:p w14:paraId="68CBAB28" w14:textId="77777777" w:rsidR="00A662DB" w:rsidRPr="009948DC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992" w:type="dxa"/>
          </w:tcPr>
          <w:p w14:paraId="687215DD" w14:textId="77777777" w:rsidR="00A662DB" w:rsidRPr="00F86277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747" w:type="dxa"/>
          </w:tcPr>
          <w:p w14:paraId="7BBDB48B" w14:textId="2D2EC916" w:rsidR="00A662DB" w:rsidRPr="005C443A" w:rsidRDefault="005C443A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954" w:type="dxa"/>
          </w:tcPr>
          <w:p w14:paraId="37C442F7" w14:textId="65952618" w:rsidR="00A662DB" w:rsidRPr="009948DC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5</w:t>
            </w:r>
          </w:p>
        </w:tc>
        <w:tc>
          <w:tcPr>
            <w:tcW w:w="795" w:type="dxa"/>
          </w:tcPr>
          <w:p w14:paraId="7F49CAFA" w14:textId="2A1DA198" w:rsidR="00A662DB" w:rsidRPr="0069465E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3</w:t>
            </w:r>
          </w:p>
        </w:tc>
        <w:tc>
          <w:tcPr>
            <w:tcW w:w="643" w:type="dxa"/>
          </w:tcPr>
          <w:p w14:paraId="4CFCE370" w14:textId="76E526B5" w:rsidR="00A662DB" w:rsidRPr="0069465E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595" w:type="dxa"/>
          </w:tcPr>
          <w:p w14:paraId="1CAE1B07" w14:textId="77777777" w:rsidR="00A662DB" w:rsidRPr="0069465E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1047" w:type="dxa"/>
          </w:tcPr>
          <w:p w14:paraId="5E4F9F20" w14:textId="537CFA25" w:rsidR="00A662DB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  <w:t>10</w:t>
            </w:r>
          </w:p>
        </w:tc>
      </w:tr>
      <w:tr w:rsidR="00A662DB" w:rsidRPr="00F86277" w14:paraId="2F58EF7F" w14:textId="77777777" w:rsidTr="00A66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EDC3DB4" w14:textId="77777777" w:rsidR="005C443A" w:rsidRPr="005C443A" w:rsidRDefault="005C443A" w:rsidP="005C44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5C443A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 xml:space="preserve">СПЦ у БиХ и стање под турском </w:t>
            </w:r>
          </w:p>
          <w:p w14:paraId="6691BDCB" w14:textId="4237FA22" w:rsidR="00A662DB" w:rsidRPr="0069465E" w:rsidRDefault="005C443A" w:rsidP="005C44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5C443A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владавином</w:t>
            </w:r>
          </w:p>
        </w:tc>
        <w:tc>
          <w:tcPr>
            <w:tcW w:w="1418" w:type="dxa"/>
          </w:tcPr>
          <w:p w14:paraId="002B1571" w14:textId="77777777" w:rsidR="00A662DB" w:rsidRPr="00F86277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992" w:type="dxa"/>
          </w:tcPr>
          <w:p w14:paraId="0FE22F13" w14:textId="77777777" w:rsidR="00A662DB" w:rsidRPr="00F86277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134" w:type="dxa"/>
          </w:tcPr>
          <w:p w14:paraId="7334A705" w14:textId="77777777" w:rsidR="00A662DB" w:rsidRPr="00F86277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276" w:type="dxa"/>
          </w:tcPr>
          <w:p w14:paraId="45F85F16" w14:textId="77777777" w:rsidR="00A662DB" w:rsidRPr="009948DC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992" w:type="dxa"/>
          </w:tcPr>
          <w:p w14:paraId="6464AD2D" w14:textId="77777777" w:rsidR="00A662DB" w:rsidRPr="00F86277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747" w:type="dxa"/>
          </w:tcPr>
          <w:p w14:paraId="05547D8E" w14:textId="77777777" w:rsidR="00A662DB" w:rsidRPr="00F86277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954" w:type="dxa"/>
          </w:tcPr>
          <w:p w14:paraId="15615AC6" w14:textId="77777777" w:rsidR="00A662DB" w:rsidRPr="009948DC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795" w:type="dxa"/>
          </w:tcPr>
          <w:p w14:paraId="52E41B85" w14:textId="77777777" w:rsidR="00A662DB" w:rsidRPr="0069465E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643" w:type="dxa"/>
          </w:tcPr>
          <w:p w14:paraId="1400A2FF" w14:textId="24801E31" w:rsidR="00A662DB" w:rsidRPr="0069465E" w:rsidRDefault="005C443A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595" w:type="dxa"/>
          </w:tcPr>
          <w:p w14:paraId="7779D6C4" w14:textId="7E7ACDA7" w:rsidR="00A662DB" w:rsidRPr="0069465E" w:rsidRDefault="005C443A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1</w:t>
            </w:r>
          </w:p>
        </w:tc>
        <w:tc>
          <w:tcPr>
            <w:tcW w:w="1047" w:type="dxa"/>
          </w:tcPr>
          <w:p w14:paraId="18311E02" w14:textId="7C9533C2" w:rsidR="00A662DB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  <w:t>5</w:t>
            </w:r>
          </w:p>
        </w:tc>
      </w:tr>
      <w:tr w:rsidR="0069465E" w:rsidRPr="00F86277" w14:paraId="69BEDC56" w14:textId="77777777" w:rsidTr="00A662DB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14:paraId="6C49221F" w14:textId="77777777" w:rsidR="00F86277" w:rsidRPr="00F86277" w:rsidRDefault="00F86277" w:rsidP="00F862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УКУПНО</w:t>
            </w:r>
          </w:p>
        </w:tc>
        <w:tc>
          <w:tcPr>
            <w:tcW w:w="1418" w:type="dxa"/>
            <w:hideMark/>
          </w:tcPr>
          <w:p w14:paraId="4CAEF799" w14:textId="08087E27" w:rsidR="00F86277" w:rsidRPr="0069465E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  <w:t>5</w:t>
            </w:r>
          </w:p>
        </w:tc>
        <w:tc>
          <w:tcPr>
            <w:tcW w:w="992" w:type="dxa"/>
            <w:hideMark/>
          </w:tcPr>
          <w:p w14:paraId="6F5D77A1" w14:textId="5A507A4A" w:rsidR="00F86277" w:rsidRPr="0069465E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1134" w:type="dxa"/>
            <w:hideMark/>
          </w:tcPr>
          <w:p w14:paraId="6FC34D87" w14:textId="77777777" w:rsidR="00F86277" w:rsidRPr="0069465E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</w:pPr>
            <w:r w:rsidRPr="0069465E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  <w:t>4</w:t>
            </w:r>
          </w:p>
        </w:tc>
        <w:tc>
          <w:tcPr>
            <w:tcW w:w="1276" w:type="dxa"/>
            <w:hideMark/>
          </w:tcPr>
          <w:p w14:paraId="32821F91" w14:textId="3F6CED59" w:rsidR="00F86277" w:rsidRPr="0069465E" w:rsidRDefault="009948DC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</w:pPr>
            <w:r w:rsidRPr="0069465E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992" w:type="dxa"/>
            <w:hideMark/>
          </w:tcPr>
          <w:p w14:paraId="4501CA54" w14:textId="77777777" w:rsidR="00F86277" w:rsidRPr="0069465E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</w:pPr>
            <w:r w:rsidRPr="0069465E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  <w:t>2</w:t>
            </w:r>
          </w:p>
        </w:tc>
        <w:tc>
          <w:tcPr>
            <w:tcW w:w="747" w:type="dxa"/>
            <w:hideMark/>
          </w:tcPr>
          <w:p w14:paraId="70BBCB62" w14:textId="77777777" w:rsidR="00F86277" w:rsidRPr="0069465E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</w:pPr>
            <w:r w:rsidRPr="0069465E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  <w:t>4</w:t>
            </w:r>
          </w:p>
        </w:tc>
        <w:tc>
          <w:tcPr>
            <w:tcW w:w="954" w:type="dxa"/>
            <w:hideMark/>
          </w:tcPr>
          <w:p w14:paraId="6F766AC1" w14:textId="1ADCF7DD" w:rsidR="00F86277" w:rsidRPr="0069465E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  <w:t>5</w:t>
            </w:r>
          </w:p>
        </w:tc>
        <w:tc>
          <w:tcPr>
            <w:tcW w:w="795" w:type="dxa"/>
            <w:hideMark/>
          </w:tcPr>
          <w:p w14:paraId="2CEA6D91" w14:textId="4CE80695" w:rsidR="00F86277" w:rsidRPr="0069465E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  <w:t>3</w:t>
            </w:r>
          </w:p>
        </w:tc>
        <w:tc>
          <w:tcPr>
            <w:tcW w:w="643" w:type="dxa"/>
            <w:hideMark/>
          </w:tcPr>
          <w:p w14:paraId="387A2C77" w14:textId="0CD5D5EC" w:rsidR="00F86277" w:rsidRPr="00A662DB" w:rsidRDefault="005C443A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595" w:type="dxa"/>
            <w:hideMark/>
          </w:tcPr>
          <w:p w14:paraId="4208B470" w14:textId="0616E8BE" w:rsidR="00F86277" w:rsidRPr="0069465E" w:rsidRDefault="005C443A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  <w:t>1</w:t>
            </w:r>
          </w:p>
        </w:tc>
        <w:tc>
          <w:tcPr>
            <w:tcW w:w="1047" w:type="dxa"/>
            <w:hideMark/>
          </w:tcPr>
          <w:p w14:paraId="62FEF30B" w14:textId="77777777" w:rsidR="00F86277" w:rsidRPr="0069465E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</w:pPr>
            <w:r w:rsidRPr="0069465E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  <w:t>36</w:t>
            </w:r>
          </w:p>
        </w:tc>
      </w:tr>
    </w:tbl>
    <w:p w14:paraId="3C2E01CB" w14:textId="5A17CC4C" w:rsidR="00B409E9" w:rsidRPr="00F86277" w:rsidRDefault="00B409E9" w:rsidP="00F862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A1A636" w14:textId="77777777" w:rsidR="00AC1BE3" w:rsidRPr="00F86277" w:rsidRDefault="00AC1BE3" w:rsidP="00F862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C1BE3" w:rsidRPr="00F86277" w:rsidSect="00F8627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2216690">
    <w:abstractNumId w:val="8"/>
  </w:num>
  <w:num w:numId="2" w16cid:durableId="657153867">
    <w:abstractNumId w:val="6"/>
  </w:num>
  <w:num w:numId="3" w16cid:durableId="1294368567">
    <w:abstractNumId w:val="5"/>
  </w:num>
  <w:num w:numId="4" w16cid:durableId="883250136">
    <w:abstractNumId w:val="4"/>
  </w:num>
  <w:num w:numId="5" w16cid:durableId="902135651">
    <w:abstractNumId w:val="7"/>
  </w:num>
  <w:num w:numId="6" w16cid:durableId="311712452">
    <w:abstractNumId w:val="3"/>
  </w:num>
  <w:num w:numId="7" w16cid:durableId="200217078">
    <w:abstractNumId w:val="2"/>
  </w:num>
  <w:num w:numId="8" w16cid:durableId="348875412">
    <w:abstractNumId w:val="1"/>
  </w:num>
  <w:num w:numId="9" w16cid:durableId="67279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BF0"/>
    <w:rsid w:val="00034616"/>
    <w:rsid w:val="0006063C"/>
    <w:rsid w:val="0015074B"/>
    <w:rsid w:val="0017549B"/>
    <w:rsid w:val="0029639D"/>
    <w:rsid w:val="0030658A"/>
    <w:rsid w:val="00326F90"/>
    <w:rsid w:val="00572495"/>
    <w:rsid w:val="005876DD"/>
    <w:rsid w:val="005C443A"/>
    <w:rsid w:val="005E1815"/>
    <w:rsid w:val="0069465E"/>
    <w:rsid w:val="007D094F"/>
    <w:rsid w:val="00957AF0"/>
    <w:rsid w:val="009948DC"/>
    <w:rsid w:val="009956E3"/>
    <w:rsid w:val="009D43EE"/>
    <w:rsid w:val="00A41058"/>
    <w:rsid w:val="00A662DB"/>
    <w:rsid w:val="00AA1D8D"/>
    <w:rsid w:val="00AC1BE3"/>
    <w:rsid w:val="00B002B8"/>
    <w:rsid w:val="00B409E9"/>
    <w:rsid w:val="00B47730"/>
    <w:rsid w:val="00CA7DA0"/>
    <w:rsid w:val="00CB0664"/>
    <w:rsid w:val="00CF1906"/>
    <w:rsid w:val="00F8627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FA80C7"/>
  <w14:defaultImageDpi w14:val="300"/>
  <w15:docId w15:val="{0BD2888E-03AE-45FA-BEEF-774A6556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Заглавље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Подножје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Наслов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Наслов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Наслов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слов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наслов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Тијело текста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Блок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Блок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Macro">
    <w:name w:val="macro"/>
    <w:link w:val="Macro0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0">
    <w:name w:val="Macro текст Знак"/>
    <w:basedOn w:val="a2"/>
    <w:link w:val="Macro"/>
    <w:uiPriority w:val="99"/>
    <w:rsid w:val="0029639D"/>
    <w:rPr>
      <w:rFonts w:ascii="Courier" w:hAnsi="Courier"/>
      <w:sz w:val="20"/>
      <w:szCs w:val="20"/>
    </w:rPr>
  </w:style>
  <w:style w:type="paragraph" w:styleId="af3">
    <w:name w:val="Quote"/>
    <w:basedOn w:val="a1"/>
    <w:next w:val="a1"/>
    <w:link w:val="af4"/>
    <w:uiPriority w:val="29"/>
    <w:qFormat/>
    <w:rsid w:val="00FC693F"/>
    <w:rPr>
      <w:i/>
      <w:iCs/>
      <w:color w:val="000000" w:themeColor="text1"/>
    </w:rPr>
  </w:style>
  <w:style w:type="character" w:customStyle="1" w:styleId="af4">
    <w:name w:val="Цитат Знак"/>
    <w:basedOn w:val="a2"/>
    <w:link w:val="af3"/>
    <w:uiPriority w:val="29"/>
    <w:rsid w:val="00FC693F"/>
    <w:rPr>
      <w:i/>
      <w:iCs/>
      <w:color w:val="000000" w:themeColor="text1"/>
    </w:rPr>
  </w:style>
  <w:style w:type="character" w:customStyle="1" w:styleId="40">
    <w:name w:val="Наслов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Наслов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Наслов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Наслов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Наслов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Наслов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Снажни цитат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0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1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2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2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2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3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3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3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3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4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4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4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5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5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5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5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5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6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6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6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6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6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a">
    <w:name w:val="Plain Table 2"/>
    <w:basedOn w:val="a3"/>
    <w:uiPriority w:val="99"/>
    <w:rsid w:val="0069465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4">
    <w:name w:val="Plain Table 1"/>
    <w:basedOn w:val="a3"/>
    <w:uiPriority w:val="99"/>
    <w:rsid w:val="0069465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5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9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Драган Ђурић</cp:lastModifiedBy>
  <cp:revision>2</cp:revision>
  <dcterms:created xsi:type="dcterms:W3CDTF">2026-09-02T21:51:00Z</dcterms:created>
  <dcterms:modified xsi:type="dcterms:W3CDTF">2026-09-02T21:51:00Z</dcterms:modified>
  <cp:category/>
</cp:coreProperties>
</file>