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3928" w14:textId="0CA442E9" w:rsidR="00B409E9" w:rsidRPr="00F86277" w:rsidRDefault="00000000" w:rsidP="00CF1906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F86277">
        <w:rPr>
          <w:rFonts w:ascii="Times New Roman" w:hAnsi="Times New Roman" w:cs="Times New Roman"/>
          <w:sz w:val="24"/>
          <w:szCs w:val="24"/>
        </w:rPr>
        <w:t xml:space="preserve">ГОДИШЊИ ПЛАН РАДА ИЗ ПРАВОСЛАВНЕ ВЈЕРОНАУКЕ ЗА </w:t>
      </w:r>
      <w:proofErr w:type="gramStart"/>
      <w:r w:rsidR="0010601C">
        <w:rPr>
          <w:rFonts w:ascii="Times New Roman" w:hAnsi="Times New Roman" w:cs="Times New Roman"/>
          <w:sz w:val="24"/>
          <w:szCs w:val="24"/>
        </w:rPr>
        <w:t>V</w:t>
      </w:r>
      <w:r w:rsidR="0069465E">
        <w:rPr>
          <w:rFonts w:ascii="Times New Roman" w:hAnsi="Times New Roman" w:cs="Times New Roman"/>
          <w:sz w:val="24"/>
          <w:szCs w:val="24"/>
        </w:rPr>
        <w:t xml:space="preserve"> </w:t>
      </w:r>
      <w:r w:rsidRPr="00F86277">
        <w:rPr>
          <w:rFonts w:ascii="Times New Roman" w:hAnsi="Times New Roman" w:cs="Times New Roman"/>
          <w:sz w:val="24"/>
          <w:szCs w:val="24"/>
        </w:rPr>
        <w:t xml:space="preserve"> РАЗРЕД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5949"/>
        <w:gridCol w:w="8441"/>
      </w:tblGrid>
      <w:tr w:rsidR="00CA7DA0" w:rsidRPr="007C67CF" w14:paraId="6AD9D982" w14:textId="77777777" w:rsidTr="00846AA6">
        <w:trPr>
          <w:trHeight w:val="300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vAlign w:val="center"/>
            <w:hideMark/>
          </w:tcPr>
          <w:p w14:paraId="188FBB90" w14:textId="77777777" w:rsidR="00CA7DA0" w:rsidRDefault="00CA7DA0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B258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ГОДИШЊИ ПЛАН РАДА ЗА НАСТАВНИ ПРЕДМЕТ:</w:t>
            </w:r>
          </w:p>
          <w:p w14:paraId="0B443BC2" w14:textId="22B82410" w:rsidR="009948DC" w:rsidRPr="008B258A" w:rsidRDefault="009948DC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ВЈЕРОУЧИТЕЉ:</w:t>
            </w:r>
          </w:p>
        </w:tc>
        <w:tc>
          <w:tcPr>
            <w:tcW w:w="2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2FA200" w14:textId="77777777" w:rsidR="00CA7DA0" w:rsidRDefault="00CA7DA0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ПРАВОСЛАВНА ВЈЕРОНАУКА</w:t>
            </w:r>
          </w:p>
          <w:p w14:paraId="53B53C5F" w14:textId="050620A3" w:rsidR="009948DC" w:rsidRPr="007C67CF" w:rsidRDefault="009948DC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ДРАГАН ЂУРИЋ</w:t>
            </w:r>
          </w:p>
        </w:tc>
      </w:tr>
      <w:tr w:rsidR="00CA7DA0" w:rsidRPr="008B258A" w14:paraId="6845FF6E" w14:textId="77777777" w:rsidTr="00846AA6">
        <w:trPr>
          <w:trHeight w:val="300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14:paraId="427A37A1" w14:textId="4F229C82" w:rsidR="00CA7DA0" w:rsidRPr="0010601C" w:rsidRDefault="00CA7DA0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Latn-BA"/>
              </w:rPr>
            </w:pPr>
            <w:r w:rsidRPr="00CA7DA0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РАЗРЕД И ОДЈЕЉЕЊА</w:t>
            </w:r>
            <w:r w:rsidRPr="001B0A4F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Cyrl-BA"/>
              </w:rPr>
              <w:t>:</w:t>
            </w:r>
            <w:r w:rsidRPr="00CA7DA0">
              <w:rPr>
                <w:lang w:val="sr-Cyrl-RS"/>
              </w:rPr>
              <w:t xml:space="preserve"> </w:t>
            </w:r>
            <w:r w:rsidR="0010601C">
              <w:rPr>
                <w:lang w:val="sr-Latn-BA"/>
              </w:rPr>
              <w:t>V</w:t>
            </w:r>
            <w:r w:rsidR="00AF4769">
              <w:rPr>
                <w:lang w:val="sr-Latn-BA"/>
              </w:rPr>
              <w:t xml:space="preserve"> 1-</w:t>
            </w:r>
            <w:r w:rsidR="0010601C">
              <w:rPr>
                <w:lang w:val="sr-Latn-BA"/>
              </w:rPr>
              <w:t xml:space="preserve"> 9</w:t>
            </w:r>
          </w:p>
        </w:tc>
        <w:tc>
          <w:tcPr>
            <w:tcW w:w="2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B4E870" w14:textId="48D3EE52" w:rsidR="00CA7DA0" w:rsidRPr="008B258A" w:rsidRDefault="0010601C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F4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DA0" w:rsidRPr="00F86277">
              <w:rPr>
                <w:rFonts w:ascii="Times New Roman" w:hAnsi="Times New Roman" w:cs="Times New Roman"/>
                <w:sz w:val="24"/>
                <w:szCs w:val="24"/>
              </w:rPr>
              <w:t>РАЗРЕД</w:t>
            </w:r>
          </w:p>
        </w:tc>
      </w:tr>
    </w:tbl>
    <w:p w14:paraId="3ED28BA6" w14:textId="598656B1" w:rsidR="00B409E9" w:rsidRPr="00F86277" w:rsidRDefault="007D094F" w:rsidP="00F862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Школска</w:t>
      </w:r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>: 2025/2026.</w:t>
      </w:r>
    </w:p>
    <w:p w14:paraId="2E442A29" w14:textId="056AAD90" w:rsidR="00B409E9" w:rsidRPr="0069465E" w:rsidRDefault="00000000" w:rsidP="00F86277"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: </w:t>
      </w:r>
      <w:r w:rsidR="0010601C">
        <w:rPr>
          <w:rFonts w:ascii="Times New Roman" w:hAnsi="Times New Roman" w:cs="Times New Roman"/>
          <w:sz w:val="24"/>
          <w:szCs w:val="24"/>
        </w:rPr>
        <w:t>V</w:t>
      </w:r>
    </w:p>
    <w:p w14:paraId="06481D7D" w14:textId="4D7F0371" w:rsidR="00F86277" w:rsidRDefault="00000000" w:rsidP="00F86277">
      <w:pPr>
        <w:spacing w:after="0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F4769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AF4769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недјељно</w:t>
      </w:r>
      <w:proofErr w:type="spellEnd"/>
      <w:r w:rsidRPr="00AF4769">
        <w:rPr>
          <w:rFonts w:ascii="Times New Roman" w:hAnsi="Times New Roman" w:cs="Times New Roman"/>
          <w:sz w:val="24"/>
          <w:szCs w:val="24"/>
          <w:lang w:val="sr-Latn-BA"/>
        </w:rPr>
        <w:t>: 1</w:t>
      </w:r>
      <w:r w:rsidR="00F86277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5876DD">
        <w:rPr>
          <w:rFonts w:ascii="Times New Roman" w:hAnsi="Times New Roman" w:cs="Times New Roman"/>
          <w:sz w:val="24"/>
          <w:szCs w:val="24"/>
          <w:lang w:val="sr-Cyrl-BA"/>
        </w:rPr>
        <w:t>/</w:t>
      </w:r>
      <w:r w:rsidR="0069465E">
        <w:rPr>
          <w:rFonts w:ascii="Times New Roman" w:hAnsi="Times New Roman" w:cs="Times New Roman"/>
          <w:sz w:val="24"/>
          <w:szCs w:val="24"/>
          <w:lang w:val="sr-Cyrl-BA"/>
        </w:rPr>
        <w:t>Сриједа</w:t>
      </w:r>
      <w:r w:rsidR="00AF4769">
        <w:rPr>
          <w:rFonts w:ascii="Times New Roman" w:hAnsi="Times New Roman" w:cs="Times New Roman"/>
          <w:sz w:val="24"/>
          <w:szCs w:val="24"/>
          <w:lang w:val="sr-Cyrl-BA"/>
        </w:rPr>
        <w:t>, четвртак, петак</w:t>
      </w:r>
      <w:r w:rsidR="005876DD">
        <w:rPr>
          <w:rFonts w:ascii="Times New Roman" w:hAnsi="Times New Roman" w:cs="Times New Roman"/>
          <w:sz w:val="24"/>
          <w:szCs w:val="24"/>
          <w:lang w:val="sr-Cyrl-BA"/>
        </w:rPr>
        <w:t>/</w:t>
      </w:r>
    </w:p>
    <w:p w14:paraId="3302DA72" w14:textId="445B869D" w:rsidR="00F86277" w:rsidRPr="00F86277" w:rsidRDefault="00000000" w:rsidP="00F86277">
      <w:pPr>
        <w:spacing w:after="0"/>
        <w:rPr>
          <w:rFonts w:ascii="Times New Roman" w:eastAsia="Times New Roman" w:hAnsi="Times New Roman" w:cs="Times New Roman"/>
          <w:sz w:val="27"/>
          <w:szCs w:val="27"/>
          <w:lang w:val="sr-Latn-BA" w:eastAsia="sr-Latn-BA"/>
        </w:rPr>
      </w:pP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Укупно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годишње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>: 36</w:t>
      </w:r>
      <w:r w:rsidRPr="00F8627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14"/>
        <w:tblW w:w="14132" w:type="dxa"/>
        <w:tblLook w:val="04A0" w:firstRow="1" w:lastRow="0" w:firstColumn="1" w:lastColumn="0" w:noHBand="0" w:noVBand="1"/>
      </w:tblPr>
      <w:tblGrid>
        <w:gridCol w:w="2859"/>
        <w:gridCol w:w="1396"/>
        <w:gridCol w:w="1153"/>
        <w:gridCol w:w="1296"/>
        <w:gridCol w:w="1270"/>
        <w:gridCol w:w="968"/>
        <w:gridCol w:w="1156"/>
        <w:gridCol w:w="814"/>
        <w:gridCol w:w="935"/>
        <w:gridCol w:w="643"/>
        <w:gridCol w:w="595"/>
        <w:gridCol w:w="1047"/>
      </w:tblGrid>
      <w:tr w:rsidR="0069465E" w:rsidRPr="00F86277" w14:paraId="17EC68AA" w14:textId="77777777" w:rsidTr="006946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832946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Наставна тема</w:t>
            </w:r>
          </w:p>
        </w:tc>
        <w:tc>
          <w:tcPr>
            <w:tcW w:w="0" w:type="auto"/>
            <w:hideMark/>
          </w:tcPr>
          <w:p w14:paraId="35D31E73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Септембар</w:t>
            </w:r>
          </w:p>
        </w:tc>
        <w:tc>
          <w:tcPr>
            <w:tcW w:w="0" w:type="auto"/>
            <w:hideMark/>
          </w:tcPr>
          <w:p w14:paraId="7F43E835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Октобар</w:t>
            </w:r>
          </w:p>
        </w:tc>
        <w:tc>
          <w:tcPr>
            <w:tcW w:w="0" w:type="auto"/>
            <w:hideMark/>
          </w:tcPr>
          <w:p w14:paraId="6B302F90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Новембар</w:t>
            </w:r>
          </w:p>
        </w:tc>
        <w:tc>
          <w:tcPr>
            <w:tcW w:w="0" w:type="auto"/>
            <w:hideMark/>
          </w:tcPr>
          <w:p w14:paraId="329DA053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Децембар</w:t>
            </w:r>
          </w:p>
        </w:tc>
        <w:tc>
          <w:tcPr>
            <w:tcW w:w="0" w:type="auto"/>
            <w:hideMark/>
          </w:tcPr>
          <w:p w14:paraId="641C511D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Јануар</w:t>
            </w:r>
          </w:p>
        </w:tc>
        <w:tc>
          <w:tcPr>
            <w:tcW w:w="0" w:type="auto"/>
            <w:hideMark/>
          </w:tcPr>
          <w:p w14:paraId="2D60B1E2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Фебруар</w:t>
            </w:r>
          </w:p>
        </w:tc>
        <w:tc>
          <w:tcPr>
            <w:tcW w:w="0" w:type="auto"/>
            <w:hideMark/>
          </w:tcPr>
          <w:p w14:paraId="7194F79A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Март</w:t>
            </w:r>
          </w:p>
        </w:tc>
        <w:tc>
          <w:tcPr>
            <w:tcW w:w="0" w:type="auto"/>
            <w:hideMark/>
          </w:tcPr>
          <w:p w14:paraId="7AEBBA3D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Април</w:t>
            </w:r>
          </w:p>
        </w:tc>
        <w:tc>
          <w:tcPr>
            <w:tcW w:w="0" w:type="auto"/>
            <w:hideMark/>
          </w:tcPr>
          <w:p w14:paraId="4054BA8F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Мај</w:t>
            </w:r>
          </w:p>
        </w:tc>
        <w:tc>
          <w:tcPr>
            <w:tcW w:w="0" w:type="auto"/>
            <w:hideMark/>
          </w:tcPr>
          <w:p w14:paraId="0D85D84B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Јун</w:t>
            </w:r>
          </w:p>
        </w:tc>
        <w:tc>
          <w:tcPr>
            <w:tcW w:w="0" w:type="auto"/>
            <w:hideMark/>
          </w:tcPr>
          <w:p w14:paraId="62C76EA4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Укупно</w:t>
            </w:r>
          </w:p>
        </w:tc>
      </w:tr>
      <w:tr w:rsidR="0069465E" w:rsidRPr="00F86277" w14:paraId="0D0EE9C0" w14:textId="77777777" w:rsidTr="00694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89938D" w14:textId="77777777" w:rsidR="00AF4769" w:rsidRPr="00AF4769" w:rsidRDefault="00AF4769" w:rsidP="00AF47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F476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Богослужбена мјеста и  </w:t>
            </w:r>
          </w:p>
          <w:p w14:paraId="6378087D" w14:textId="52EE7E89" w:rsidR="00F86277" w:rsidRPr="0069465E" w:rsidRDefault="00AF4769" w:rsidP="00AF47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F476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свештена лица  </w:t>
            </w:r>
          </w:p>
        </w:tc>
        <w:tc>
          <w:tcPr>
            <w:tcW w:w="0" w:type="auto"/>
            <w:hideMark/>
          </w:tcPr>
          <w:p w14:paraId="0EEA8F3C" w14:textId="5F267DFA" w:rsidR="00F86277" w:rsidRPr="00AF4769" w:rsidRDefault="00AF4769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3</w:t>
            </w:r>
          </w:p>
        </w:tc>
        <w:tc>
          <w:tcPr>
            <w:tcW w:w="0" w:type="auto"/>
            <w:hideMark/>
          </w:tcPr>
          <w:p w14:paraId="5785B2E2" w14:textId="438E25E6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3F2C69E2" w14:textId="36CCBD81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25E6DE84" w14:textId="27E5D297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24F33882" w14:textId="44450BE3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21CBA2CD" w14:textId="2AF641BF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1C316891" w14:textId="483B6DF6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2E855134" w14:textId="25EE7641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4B88F927" w14:textId="7B41C9FA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60CB2F06" w14:textId="66DB0453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hideMark/>
          </w:tcPr>
          <w:p w14:paraId="6DD7DB8F" w14:textId="1BDA89E4" w:rsidR="00F86277" w:rsidRPr="0069465E" w:rsidRDefault="00AF4769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3</w:t>
            </w:r>
          </w:p>
        </w:tc>
      </w:tr>
      <w:tr w:rsidR="0069465E" w:rsidRPr="00F86277" w14:paraId="1AFE8EC7" w14:textId="77777777" w:rsidTr="0069465E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2A1457" w14:textId="40119BEF" w:rsidR="00F86277" w:rsidRPr="0069465E" w:rsidRDefault="00AF4769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F476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Богослужења</w:t>
            </w:r>
          </w:p>
        </w:tc>
        <w:tc>
          <w:tcPr>
            <w:tcW w:w="0" w:type="auto"/>
          </w:tcPr>
          <w:p w14:paraId="395AF9D0" w14:textId="3DC11310" w:rsidR="00F86277" w:rsidRPr="009948DC" w:rsidRDefault="00AF4769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0" w:type="auto"/>
            <w:hideMark/>
          </w:tcPr>
          <w:p w14:paraId="722E80D8" w14:textId="68523EB5" w:rsidR="00F86277" w:rsidRPr="0069465E" w:rsidRDefault="00AF4769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hideMark/>
          </w:tcPr>
          <w:p w14:paraId="7D11C7F7" w14:textId="363C988C" w:rsidR="00F86277" w:rsidRPr="009948DC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2E314558" w14:textId="3E8E6564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333E0920" w14:textId="4654CECD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6DF0E764" w14:textId="3603AEC7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4DE9CE34" w14:textId="6393BE98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1D9889DE" w14:textId="1BF00F9D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7FEDCF7A" w14:textId="6A38B120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613D869C" w14:textId="678EBEC0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hideMark/>
          </w:tcPr>
          <w:p w14:paraId="1062024A" w14:textId="25801562" w:rsidR="00F86277" w:rsidRPr="0069465E" w:rsidRDefault="00AF4769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5</w:t>
            </w:r>
          </w:p>
        </w:tc>
      </w:tr>
      <w:tr w:rsidR="00AF4769" w:rsidRPr="00F86277" w14:paraId="560B6726" w14:textId="77777777" w:rsidTr="005B1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8834160" w14:textId="77777777" w:rsidR="00AF4769" w:rsidRPr="004C0C51" w:rsidRDefault="00AF4769" w:rsidP="00AF4769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</w:rPr>
            </w:pPr>
            <w:proofErr w:type="spellStart"/>
            <w:r w:rsidRPr="004C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Сакрални</w:t>
            </w:r>
            <w:proofErr w:type="spellEnd"/>
            <w:r w:rsidRPr="004C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предмети</w:t>
            </w:r>
            <w:proofErr w:type="spellEnd"/>
            <w:r w:rsidRPr="004C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 </w:t>
            </w:r>
          </w:p>
          <w:p w14:paraId="32B81D1E" w14:textId="3E6FD79E" w:rsidR="00AF4769" w:rsidRPr="0069465E" w:rsidRDefault="00AF4769" w:rsidP="00AF47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proofErr w:type="spellStart"/>
            <w:r w:rsidRPr="004C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богослужбене</w:t>
            </w:r>
            <w:proofErr w:type="spellEnd"/>
            <w:r w:rsidRPr="004C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књиге</w:t>
            </w:r>
            <w:proofErr w:type="spellEnd"/>
            <w:r w:rsidRPr="004C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14:paraId="5C41E3E9" w14:textId="5A5F9ABF" w:rsidR="00AF4769" w:rsidRPr="00F86277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66D13D94" w14:textId="5081A977" w:rsidR="00AF4769" w:rsidRPr="00F86277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0434521A" w14:textId="63AF96C6" w:rsidR="00AF4769" w:rsidRPr="009948DC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</w:tcPr>
          <w:p w14:paraId="663E622B" w14:textId="7F66BC91" w:rsidR="00AF4769" w:rsidRPr="009948DC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02490AB4" w14:textId="5D46C7AA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472C5144" w14:textId="3D96CD17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0A366830" w14:textId="3187B0CF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6447B2AE" w14:textId="09C38D69" w:rsidR="00AF4769" w:rsidRPr="00F86277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2D9EB4B9" w14:textId="2D9D61F4" w:rsidR="00AF4769" w:rsidRPr="00F86277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3C87EC2F" w14:textId="77D47BC6" w:rsidR="00AF4769" w:rsidRPr="00F86277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457C8BC9" w14:textId="4DB4F0D3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</w:tr>
      <w:tr w:rsidR="00AF4769" w:rsidRPr="00F86277" w14:paraId="7AE03E38" w14:textId="77777777" w:rsidTr="0069465E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810170" w14:textId="2B1AC250" w:rsidR="00AF4769" w:rsidRPr="0069465E" w:rsidRDefault="00846AA6" w:rsidP="00AF47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846AA6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Празници</w:t>
            </w:r>
          </w:p>
        </w:tc>
        <w:tc>
          <w:tcPr>
            <w:tcW w:w="0" w:type="auto"/>
          </w:tcPr>
          <w:p w14:paraId="0620D6FF" w14:textId="20C07F15" w:rsidR="00AF4769" w:rsidRPr="00F86277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34E495AE" w14:textId="194F1FD6" w:rsidR="00AF4769" w:rsidRPr="00F86277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404F1205" w14:textId="3C13626F" w:rsidR="00AF4769" w:rsidRPr="00F86277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3473338B" w14:textId="3C9D46B6" w:rsidR="00AF4769" w:rsidRPr="009948DC" w:rsidRDefault="00846AA6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</w:tcPr>
          <w:p w14:paraId="428D1A49" w14:textId="78AE912D" w:rsidR="00AF4769" w:rsidRPr="00846AA6" w:rsidRDefault="00846AA6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0" w:type="auto"/>
          </w:tcPr>
          <w:p w14:paraId="3A36449A" w14:textId="7EA8B36F" w:rsidR="00AF4769" w:rsidRPr="00F86277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4EF298DE" w14:textId="77344FA1" w:rsidR="00AF4769" w:rsidRPr="009948DC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4BDF5D15" w14:textId="1C68AFFD" w:rsidR="00AF4769" w:rsidRPr="0069465E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5302BFB3" w14:textId="0A73ED71" w:rsidR="00AF4769" w:rsidRPr="0069465E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2B812466" w14:textId="3FAA7C6B" w:rsidR="00AF4769" w:rsidRPr="0069465E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145E25E3" w14:textId="54EA09F5" w:rsidR="00AF4769" w:rsidRPr="0069465E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5</w:t>
            </w:r>
          </w:p>
        </w:tc>
      </w:tr>
      <w:tr w:rsidR="00AF4769" w:rsidRPr="00F86277" w14:paraId="3BC31849" w14:textId="77777777" w:rsidTr="00694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1D2A43" w14:textId="672A816A" w:rsidR="00AF4769" w:rsidRPr="0069465E" w:rsidRDefault="00846AA6" w:rsidP="00AF47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846AA6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Крсне славе код Православних Срба</w:t>
            </w:r>
          </w:p>
        </w:tc>
        <w:tc>
          <w:tcPr>
            <w:tcW w:w="0" w:type="auto"/>
          </w:tcPr>
          <w:p w14:paraId="00EB1ED7" w14:textId="77777777" w:rsidR="00AF4769" w:rsidRPr="00F86277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570AD10E" w14:textId="77777777" w:rsidR="00AF4769" w:rsidRPr="00F86277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5502F3B5" w14:textId="77777777" w:rsidR="00AF4769" w:rsidRPr="00F86277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6D4C4217" w14:textId="77777777" w:rsidR="00AF4769" w:rsidRPr="009948DC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2190564E" w14:textId="5C045C1D" w:rsidR="00AF4769" w:rsidRPr="00846AA6" w:rsidRDefault="00846AA6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0" w:type="auto"/>
          </w:tcPr>
          <w:p w14:paraId="394BC22E" w14:textId="64B3A063" w:rsidR="00AF4769" w:rsidRPr="00846AA6" w:rsidRDefault="00846AA6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</w:tcPr>
          <w:p w14:paraId="2A65425E" w14:textId="5A1CF0D9" w:rsidR="00AF4769" w:rsidRDefault="00846AA6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</w:tcPr>
          <w:p w14:paraId="09AFD9F5" w14:textId="23508A7A" w:rsidR="00AF4769" w:rsidRDefault="00846AA6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</w:tcPr>
          <w:p w14:paraId="3A493C42" w14:textId="77777777" w:rsidR="00AF4769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269988EB" w14:textId="77777777" w:rsidR="00AF4769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6B266A26" w14:textId="045EC0D9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13</w:t>
            </w:r>
          </w:p>
        </w:tc>
      </w:tr>
      <w:tr w:rsidR="00AF4769" w:rsidRPr="00F86277" w14:paraId="2439CA48" w14:textId="77777777" w:rsidTr="0069465E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55484A" w14:textId="3CC8DB8E" w:rsidR="00AF4769" w:rsidRPr="0069465E" w:rsidRDefault="00846AA6" w:rsidP="00AF47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846AA6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Молитве и пост</w:t>
            </w:r>
          </w:p>
        </w:tc>
        <w:tc>
          <w:tcPr>
            <w:tcW w:w="0" w:type="auto"/>
          </w:tcPr>
          <w:p w14:paraId="45C31F9D" w14:textId="77777777" w:rsidR="00AF4769" w:rsidRPr="00F86277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69A0B6FB" w14:textId="77777777" w:rsidR="00AF4769" w:rsidRPr="00F86277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55989911" w14:textId="77777777" w:rsidR="00AF4769" w:rsidRPr="00F86277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5A3511DE" w14:textId="77777777" w:rsidR="00AF4769" w:rsidRPr="009948DC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40FB52AE" w14:textId="77777777" w:rsidR="00AF4769" w:rsidRPr="00F86277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049FBFAC" w14:textId="77777777" w:rsidR="00AF4769" w:rsidRPr="00F86277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</w:tcPr>
          <w:p w14:paraId="7F88D085" w14:textId="77777777" w:rsidR="00AF4769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3EB47082" w14:textId="77777777" w:rsidR="00AF4769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</w:tcPr>
          <w:p w14:paraId="2B4CFE2C" w14:textId="6548D99A" w:rsidR="00AF4769" w:rsidRDefault="00846AA6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</w:tcPr>
          <w:p w14:paraId="43BFBABF" w14:textId="36D0E075" w:rsidR="00AF4769" w:rsidRDefault="00846AA6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0" w:type="auto"/>
          </w:tcPr>
          <w:p w14:paraId="2D6C0648" w14:textId="421909B1" w:rsidR="00AF4769" w:rsidRPr="0069465E" w:rsidRDefault="00AF4769" w:rsidP="00AF4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6</w:t>
            </w:r>
          </w:p>
        </w:tc>
      </w:tr>
      <w:tr w:rsidR="00AF4769" w:rsidRPr="00F86277" w14:paraId="69BEDC56" w14:textId="77777777" w:rsidTr="00694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49221F" w14:textId="77777777" w:rsidR="00AF4769" w:rsidRPr="00F86277" w:rsidRDefault="00AF4769" w:rsidP="00AF47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УКУПНО</w:t>
            </w:r>
          </w:p>
        </w:tc>
        <w:tc>
          <w:tcPr>
            <w:tcW w:w="0" w:type="auto"/>
            <w:hideMark/>
          </w:tcPr>
          <w:p w14:paraId="4CAEF799" w14:textId="746150F1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hideMark/>
          </w:tcPr>
          <w:p w14:paraId="6F5D77A1" w14:textId="3856640B" w:rsidR="00AF4769" w:rsidRPr="0069465E" w:rsidRDefault="00846AA6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hideMark/>
          </w:tcPr>
          <w:p w14:paraId="6FC34D87" w14:textId="77777777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4</w:t>
            </w:r>
          </w:p>
        </w:tc>
        <w:tc>
          <w:tcPr>
            <w:tcW w:w="0" w:type="auto"/>
            <w:hideMark/>
          </w:tcPr>
          <w:p w14:paraId="32821F91" w14:textId="3F6CED59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hideMark/>
          </w:tcPr>
          <w:p w14:paraId="4501CA54" w14:textId="77777777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2</w:t>
            </w:r>
          </w:p>
        </w:tc>
        <w:tc>
          <w:tcPr>
            <w:tcW w:w="0" w:type="auto"/>
            <w:hideMark/>
          </w:tcPr>
          <w:p w14:paraId="70BBCB62" w14:textId="77777777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4</w:t>
            </w:r>
          </w:p>
        </w:tc>
        <w:tc>
          <w:tcPr>
            <w:tcW w:w="0" w:type="auto"/>
            <w:hideMark/>
          </w:tcPr>
          <w:p w14:paraId="6F766AC1" w14:textId="641DCEB5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hideMark/>
          </w:tcPr>
          <w:p w14:paraId="2CEA6D91" w14:textId="591BA2D6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hideMark/>
          </w:tcPr>
          <w:p w14:paraId="387A2C77" w14:textId="77777777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4</w:t>
            </w:r>
          </w:p>
        </w:tc>
        <w:tc>
          <w:tcPr>
            <w:tcW w:w="0" w:type="auto"/>
            <w:hideMark/>
          </w:tcPr>
          <w:p w14:paraId="4208B470" w14:textId="556EAE64" w:rsidR="00AF4769" w:rsidRPr="0069465E" w:rsidRDefault="00846AA6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0" w:type="auto"/>
            <w:hideMark/>
          </w:tcPr>
          <w:p w14:paraId="62FEF30B" w14:textId="77777777" w:rsidR="00AF4769" w:rsidRPr="0069465E" w:rsidRDefault="00AF4769" w:rsidP="00AF4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36</w:t>
            </w:r>
          </w:p>
        </w:tc>
      </w:tr>
    </w:tbl>
    <w:p w14:paraId="3C2E01CB" w14:textId="5A17CC4C" w:rsidR="00B409E9" w:rsidRPr="00F86277" w:rsidRDefault="00B409E9" w:rsidP="00F862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A1A636" w14:textId="77777777" w:rsidR="00AC1BE3" w:rsidRPr="00F86277" w:rsidRDefault="00AC1BE3" w:rsidP="00F862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C1BE3" w:rsidRPr="00F86277" w:rsidSect="00F8627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2216690">
    <w:abstractNumId w:val="8"/>
  </w:num>
  <w:num w:numId="2" w16cid:durableId="657153867">
    <w:abstractNumId w:val="6"/>
  </w:num>
  <w:num w:numId="3" w16cid:durableId="1294368567">
    <w:abstractNumId w:val="5"/>
  </w:num>
  <w:num w:numId="4" w16cid:durableId="883250136">
    <w:abstractNumId w:val="4"/>
  </w:num>
  <w:num w:numId="5" w16cid:durableId="902135651">
    <w:abstractNumId w:val="7"/>
  </w:num>
  <w:num w:numId="6" w16cid:durableId="311712452">
    <w:abstractNumId w:val="3"/>
  </w:num>
  <w:num w:numId="7" w16cid:durableId="200217078">
    <w:abstractNumId w:val="2"/>
  </w:num>
  <w:num w:numId="8" w16cid:durableId="348875412">
    <w:abstractNumId w:val="1"/>
  </w:num>
  <w:num w:numId="9" w16cid:durableId="67279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BF0"/>
    <w:rsid w:val="00010EB3"/>
    <w:rsid w:val="00034616"/>
    <w:rsid w:val="0006063C"/>
    <w:rsid w:val="0010601C"/>
    <w:rsid w:val="0015074B"/>
    <w:rsid w:val="0017549B"/>
    <w:rsid w:val="0029639D"/>
    <w:rsid w:val="0030658A"/>
    <w:rsid w:val="00326F90"/>
    <w:rsid w:val="00572495"/>
    <w:rsid w:val="005876DD"/>
    <w:rsid w:val="0069465E"/>
    <w:rsid w:val="007D094F"/>
    <w:rsid w:val="00846AA6"/>
    <w:rsid w:val="00957AF0"/>
    <w:rsid w:val="009948DC"/>
    <w:rsid w:val="009956E3"/>
    <w:rsid w:val="009D43EE"/>
    <w:rsid w:val="00A41058"/>
    <w:rsid w:val="00AA1D8D"/>
    <w:rsid w:val="00AC1BE3"/>
    <w:rsid w:val="00AF4769"/>
    <w:rsid w:val="00B409E9"/>
    <w:rsid w:val="00B47730"/>
    <w:rsid w:val="00CA7DA0"/>
    <w:rsid w:val="00CB0664"/>
    <w:rsid w:val="00CF1906"/>
    <w:rsid w:val="00F862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A80C7"/>
  <w14:defaultImageDpi w14:val="300"/>
  <w15:docId w15:val="{0BD2888E-03AE-45FA-BEEF-774A6556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Заглавље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Подножје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Наслов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Наслов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Наслов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слов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наслов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Тијело текста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Блок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Блок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0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0">
    <w:name w:val="Macro текст Знак"/>
    <w:basedOn w:val="a2"/>
    <w:link w:val="Macro"/>
    <w:uiPriority w:val="99"/>
    <w:rsid w:val="0029639D"/>
    <w:rPr>
      <w:rFonts w:ascii="Courier" w:hAnsi="Courier"/>
      <w:sz w:val="20"/>
      <w:szCs w:val="20"/>
    </w:rPr>
  </w:style>
  <w:style w:type="paragraph" w:styleId="af3">
    <w:name w:val="Quote"/>
    <w:basedOn w:val="a1"/>
    <w:next w:val="a1"/>
    <w:link w:val="af4"/>
    <w:uiPriority w:val="29"/>
    <w:qFormat/>
    <w:rsid w:val="00FC693F"/>
    <w:rPr>
      <w:i/>
      <w:iCs/>
      <w:color w:val="000000" w:themeColor="text1"/>
    </w:rPr>
  </w:style>
  <w:style w:type="character" w:customStyle="1" w:styleId="af4">
    <w:name w:val="Цитат Знак"/>
    <w:basedOn w:val="a2"/>
    <w:link w:val="af3"/>
    <w:uiPriority w:val="29"/>
    <w:rsid w:val="00FC693F"/>
    <w:rPr>
      <w:i/>
      <w:iCs/>
      <w:color w:val="000000" w:themeColor="text1"/>
    </w:rPr>
  </w:style>
  <w:style w:type="character" w:customStyle="1" w:styleId="40">
    <w:name w:val="Наслов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Наслов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Наслов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Наслов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Наслов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Наслов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Снажни цитат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1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2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2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2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3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3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4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5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5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5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6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6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Plain Table 2"/>
    <w:basedOn w:val="a3"/>
    <w:uiPriority w:val="99"/>
    <w:rsid w:val="006946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4">
    <w:name w:val="Plain Table 1"/>
    <w:basedOn w:val="a3"/>
    <w:uiPriority w:val="99"/>
    <w:rsid w:val="006946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10601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9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Драган Ђурић</cp:lastModifiedBy>
  <cp:revision>2</cp:revision>
  <dcterms:created xsi:type="dcterms:W3CDTF">2026-09-02T21:46:00Z</dcterms:created>
  <dcterms:modified xsi:type="dcterms:W3CDTF">2026-09-02T21:46:00Z</dcterms:modified>
  <cp:category/>
</cp:coreProperties>
</file>